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431" w:rsidRPr="00E77431" w:rsidRDefault="002B62F6" w:rsidP="00E77431">
      <w:pPr>
        <w:jc w:val="center"/>
        <w:rPr>
          <w:b/>
          <w:sz w:val="24"/>
        </w:rPr>
      </w:pPr>
      <w:r w:rsidRPr="009372B3">
        <w:rPr>
          <w:b/>
          <w:sz w:val="24"/>
        </w:rPr>
        <w:t>HISTORIA – KLASA IV</w:t>
      </w:r>
      <w:r w:rsidRPr="009372B3">
        <w:rPr>
          <w:b/>
          <w:sz w:val="24"/>
        </w:rPr>
        <w:br/>
        <w:t>WYMAGANIA EDUKACYJNE NA POSZCZEGÓLNE OCENY</w:t>
      </w:r>
      <w:r w:rsidRPr="009372B3">
        <w:rPr>
          <w:b/>
          <w:sz w:val="24"/>
        </w:rPr>
        <w:br/>
        <w:t>ROK SZKOLNY 2026/2027</w:t>
      </w:r>
    </w:p>
    <w:p w:rsidR="00726902" w:rsidRDefault="002B62F6" w:rsidP="00AA3EB2">
      <w:pPr>
        <w:spacing w:after="0"/>
        <w:jc w:val="center"/>
        <w:rPr>
          <w:i/>
        </w:rPr>
      </w:pPr>
      <w:proofErr w:type="spellStart"/>
      <w:r>
        <w:rPr>
          <w:i/>
        </w:rPr>
        <w:t>Opracowano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zgodnie</w:t>
      </w:r>
      <w:proofErr w:type="spellEnd"/>
      <w:r>
        <w:rPr>
          <w:i/>
        </w:rPr>
        <w:t xml:space="preserve"> z </w:t>
      </w:r>
      <w:proofErr w:type="spellStart"/>
      <w:r>
        <w:rPr>
          <w:i/>
        </w:rPr>
        <w:t>podstawą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programową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kształcenia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ogólnego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obowiązującą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od</w:t>
      </w:r>
      <w:proofErr w:type="spellEnd"/>
      <w:r>
        <w:rPr>
          <w:i/>
        </w:rPr>
        <w:t xml:space="preserve"> 1 </w:t>
      </w:r>
      <w:proofErr w:type="spellStart"/>
      <w:r>
        <w:rPr>
          <w:i/>
        </w:rPr>
        <w:t>września</w:t>
      </w:r>
      <w:proofErr w:type="spellEnd"/>
      <w:r>
        <w:rPr>
          <w:i/>
        </w:rPr>
        <w:t xml:space="preserve"> 2026 r.</w:t>
      </w:r>
    </w:p>
    <w:p w:rsidR="00E77431" w:rsidRDefault="00E77431" w:rsidP="00AA3EB2">
      <w:pPr>
        <w:spacing w:after="0"/>
        <w:jc w:val="center"/>
        <w:rPr>
          <w:i/>
        </w:rPr>
      </w:pPr>
    </w:p>
    <w:p w:rsidR="00E77431" w:rsidRPr="00BA436B" w:rsidRDefault="00E77431" w:rsidP="00E77431">
      <w:pPr>
        <w:pStyle w:val="Heading2"/>
        <w:ind w:left="302"/>
        <w:rPr>
          <w:rFonts w:ascii="Times New Roman" w:hAnsi="Times New Roman" w:cs="Times New Roman"/>
          <w:sz w:val="22"/>
          <w:szCs w:val="22"/>
        </w:rPr>
      </w:pPr>
      <w:r w:rsidRPr="00BA436B">
        <w:rPr>
          <w:rFonts w:ascii="Times New Roman" w:hAnsi="Times New Roman" w:cs="Times New Roman"/>
          <w:color w:val="355E90"/>
          <w:sz w:val="22"/>
          <w:szCs w:val="22"/>
        </w:rPr>
        <w:t>Zasady</w:t>
      </w:r>
      <w:r w:rsidRPr="00BA436B">
        <w:rPr>
          <w:rFonts w:ascii="Times New Roman" w:hAnsi="Times New Roman" w:cs="Times New Roman"/>
          <w:color w:val="355E90"/>
          <w:spacing w:val="-9"/>
          <w:sz w:val="22"/>
          <w:szCs w:val="22"/>
        </w:rPr>
        <w:t xml:space="preserve"> </w:t>
      </w:r>
      <w:r w:rsidRPr="00BA436B">
        <w:rPr>
          <w:rFonts w:ascii="Times New Roman" w:hAnsi="Times New Roman" w:cs="Times New Roman"/>
          <w:color w:val="355E90"/>
          <w:sz w:val="22"/>
          <w:szCs w:val="22"/>
        </w:rPr>
        <w:t>interpretacji</w:t>
      </w:r>
      <w:r w:rsidRPr="00BA436B">
        <w:rPr>
          <w:rFonts w:ascii="Times New Roman" w:hAnsi="Times New Roman" w:cs="Times New Roman"/>
          <w:color w:val="355E90"/>
          <w:spacing w:val="-7"/>
          <w:sz w:val="22"/>
          <w:szCs w:val="22"/>
        </w:rPr>
        <w:t xml:space="preserve"> </w:t>
      </w:r>
      <w:r w:rsidRPr="00BA436B">
        <w:rPr>
          <w:rFonts w:ascii="Times New Roman" w:hAnsi="Times New Roman" w:cs="Times New Roman"/>
          <w:color w:val="355E90"/>
          <w:sz w:val="22"/>
          <w:szCs w:val="22"/>
        </w:rPr>
        <w:t>poziomów</w:t>
      </w:r>
      <w:r w:rsidRPr="00BA436B">
        <w:rPr>
          <w:rFonts w:ascii="Times New Roman" w:hAnsi="Times New Roman" w:cs="Times New Roman"/>
          <w:color w:val="355E90"/>
          <w:spacing w:val="-6"/>
          <w:sz w:val="22"/>
          <w:szCs w:val="22"/>
        </w:rPr>
        <w:t xml:space="preserve"> </w:t>
      </w:r>
      <w:r w:rsidRPr="00BA436B">
        <w:rPr>
          <w:rFonts w:ascii="Times New Roman" w:hAnsi="Times New Roman" w:cs="Times New Roman"/>
          <w:color w:val="355E90"/>
          <w:spacing w:val="-4"/>
          <w:sz w:val="22"/>
          <w:szCs w:val="22"/>
        </w:rPr>
        <w:t>ocen</w:t>
      </w:r>
    </w:p>
    <w:p w:rsidR="00E77431" w:rsidRPr="00BA436B" w:rsidRDefault="00E77431" w:rsidP="00E77431">
      <w:pPr>
        <w:pStyle w:val="Akapitzlist"/>
        <w:widowControl w:val="0"/>
        <w:numPr>
          <w:ilvl w:val="0"/>
          <w:numId w:val="10"/>
        </w:numPr>
        <w:tabs>
          <w:tab w:val="left" w:pos="661"/>
        </w:tabs>
        <w:autoSpaceDE w:val="0"/>
        <w:autoSpaceDN w:val="0"/>
        <w:spacing w:before="58" w:after="0" w:line="278" w:lineRule="auto"/>
        <w:ind w:left="661" w:right="388"/>
        <w:contextualSpacing w:val="0"/>
        <w:rPr>
          <w:sz w:val="22"/>
        </w:rPr>
      </w:pPr>
      <w:proofErr w:type="spellStart"/>
      <w:r w:rsidRPr="00BA436B">
        <w:rPr>
          <w:b/>
          <w:w w:val="105"/>
          <w:sz w:val="22"/>
        </w:rPr>
        <w:t>Dopuszczająca</w:t>
      </w:r>
      <w:proofErr w:type="spellEnd"/>
      <w:r w:rsidRPr="00BA436B">
        <w:rPr>
          <w:b/>
          <w:w w:val="105"/>
          <w:sz w:val="22"/>
        </w:rPr>
        <w:t xml:space="preserve"> (2): </w:t>
      </w:r>
      <w:proofErr w:type="spellStart"/>
      <w:r w:rsidRPr="00BA436B">
        <w:rPr>
          <w:w w:val="105"/>
          <w:sz w:val="22"/>
        </w:rPr>
        <w:t>uczeń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opanował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wiadomości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i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umiejętności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elementarne</w:t>
      </w:r>
      <w:proofErr w:type="spellEnd"/>
      <w:r w:rsidRPr="00BA436B">
        <w:rPr>
          <w:w w:val="105"/>
          <w:sz w:val="22"/>
        </w:rPr>
        <w:t xml:space="preserve">, </w:t>
      </w:r>
      <w:proofErr w:type="spellStart"/>
      <w:r w:rsidRPr="00BA436B">
        <w:rPr>
          <w:w w:val="105"/>
          <w:sz w:val="22"/>
        </w:rPr>
        <w:t>rozpoznaje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podstawowe</w:t>
      </w:r>
      <w:proofErr w:type="spellEnd"/>
      <w:r w:rsidRPr="00BA436B">
        <w:rPr>
          <w:spacing w:val="40"/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pojęcia</w:t>
      </w:r>
      <w:proofErr w:type="spellEnd"/>
      <w:r w:rsidRPr="00BA436B">
        <w:rPr>
          <w:w w:val="105"/>
          <w:sz w:val="22"/>
        </w:rPr>
        <w:t xml:space="preserve">, </w:t>
      </w:r>
      <w:proofErr w:type="spellStart"/>
      <w:r w:rsidRPr="00BA436B">
        <w:rPr>
          <w:w w:val="105"/>
          <w:sz w:val="22"/>
        </w:rPr>
        <w:t>osoby</w:t>
      </w:r>
      <w:proofErr w:type="spellEnd"/>
      <w:r w:rsidRPr="00BA436B">
        <w:rPr>
          <w:w w:val="105"/>
          <w:sz w:val="22"/>
        </w:rPr>
        <w:t xml:space="preserve">, </w:t>
      </w:r>
      <w:proofErr w:type="spellStart"/>
      <w:r w:rsidRPr="00BA436B">
        <w:rPr>
          <w:w w:val="105"/>
          <w:sz w:val="22"/>
        </w:rPr>
        <w:t>miejsca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i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wydarzenia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oraz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wykonuje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proste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zadania</w:t>
      </w:r>
      <w:proofErr w:type="spellEnd"/>
      <w:r w:rsidRPr="00BA436B">
        <w:rPr>
          <w:w w:val="105"/>
          <w:sz w:val="22"/>
        </w:rPr>
        <w:t xml:space="preserve"> z </w:t>
      </w:r>
      <w:proofErr w:type="spellStart"/>
      <w:r w:rsidRPr="00BA436B">
        <w:rPr>
          <w:w w:val="105"/>
          <w:sz w:val="22"/>
        </w:rPr>
        <w:t>pomocą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nauczyciela</w:t>
      </w:r>
      <w:proofErr w:type="spellEnd"/>
      <w:r w:rsidRPr="00BA436B">
        <w:rPr>
          <w:w w:val="105"/>
          <w:sz w:val="22"/>
        </w:rPr>
        <w:t>.</w:t>
      </w:r>
    </w:p>
    <w:p w:rsidR="00E77431" w:rsidRPr="00BA436B" w:rsidRDefault="00E77431" w:rsidP="00E77431">
      <w:pPr>
        <w:pStyle w:val="Akapitzlist"/>
        <w:widowControl w:val="0"/>
        <w:numPr>
          <w:ilvl w:val="0"/>
          <w:numId w:val="10"/>
        </w:numPr>
        <w:tabs>
          <w:tab w:val="left" w:pos="661"/>
        </w:tabs>
        <w:autoSpaceDE w:val="0"/>
        <w:autoSpaceDN w:val="0"/>
        <w:spacing w:after="0" w:line="278" w:lineRule="auto"/>
        <w:ind w:left="661" w:right="600"/>
        <w:contextualSpacing w:val="0"/>
        <w:rPr>
          <w:sz w:val="22"/>
        </w:rPr>
      </w:pPr>
      <w:proofErr w:type="spellStart"/>
      <w:r w:rsidRPr="00BA436B">
        <w:rPr>
          <w:b/>
          <w:sz w:val="22"/>
        </w:rPr>
        <w:t>Dostateczna</w:t>
      </w:r>
      <w:proofErr w:type="spellEnd"/>
      <w:r w:rsidRPr="00BA436B">
        <w:rPr>
          <w:b/>
          <w:spacing w:val="54"/>
          <w:sz w:val="22"/>
        </w:rPr>
        <w:t xml:space="preserve"> </w:t>
      </w:r>
      <w:r w:rsidRPr="00BA436B">
        <w:rPr>
          <w:b/>
          <w:sz w:val="22"/>
        </w:rPr>
        <w:t>(3):</w:t>
      </w:r>
      <w:r w:rsidRPr="00BA436B">
        <w:rPr>
          <w:b/>
          <w:spacing w:val="57"/>
          <w:sz w:val="22"/>
        </w:rPr>
        <w:t xml:space="preserve"> </w:t>
      </w:r>
      <w:proofErr w:type="spellStart"/>
      <w:r w:rsidRPr="00BA436B">
        <w:rPr>
          <w:sz w:val="22"/>
        </w:rPr>
        <w:t>uczeń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samodzielnie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odtwarza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podstawowe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treści</w:t>
      </w:r>
      <w:proofErr w:type="spellEnd"/>
      <w:r w:rsidRPr="00BA436B">
        <w:rPr>
          <w:sz w:val="22"/>
        </w:rPr>
        <w:t>,</w:t>
      </w:r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wyjaśnia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najważniejsze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pojęcia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i</w:t>
      </w:r>
      <w:proofErr w:type="spellEnd"/>
      <w:r w:rsidRPr="00BA436B">
        <w:rPr>
          <w:spacing w:val="4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związki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oraz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korzysta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r w:rsidRPr="00BA436B">
        <w:rPr>
          <w:w w:val="110"/>
          <w:sz w:val="22"/>
        </w:rPr>
        <w:t>z</w:t>
      </w:r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prostych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r w:rsidRPr="00BA436B">
        <w:rPr>
          <w:w w:val="110"/>
          <w:sz w:val="22"/>
        </w:rPr>
        <w:t>map,</w:t>
      </w:r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osi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czasu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i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źródeł</w:t>
      </w:r>
      <w:proofErr w:type="spellEnd"/>
      <w:r w:rsidRPr="00BA436B">
        <w:rPr>
          <w:w w:val="110"/>
          <w:sz w:val="22"/>
        </w:rPr>
        <w:t>.</w:t>
      </w:r>
    </w:p>
    <w:p w:rsidR="00E77431" w:rsidRPr="00BA436B" w:rsidRDefault="00E77431" w:rsidP="00E77431">
      <w:pPr>
        <w:pStyle w:val="Akapitzlist"/>
        <w:widowControl w:val="0"/>
        <w:numPr>
          <w:ilvl w:val="0"/>
          <w:numId w:val="10"/>
        </w:numPr>
        <w:tabs>
          <w:tab w:val="left" w:pos="661"/>
        </w:tabs>
        <w:autoSpaceDE w:val="0"/>
        <w:autoSpaceDN w:val="0"/>
        <w:spacing w:after="0" w:line="278" w:lineRule="auto"/>
        <w:ind w:left="661" w:right="665"/>
        <w:contextualSpacing w:val="0"/>
        <w:rPr>
          <w:sz w:val="22"/>
        </w:rPr>
      </w:pPr>
      <w:r w:rsidRPr="00BA436B">
        <w:rPr>
          <w:b/>
          <w:sz w:val="22"/>
        </w:rPr>
        <w:t>Dobra</w:t>
      </w:r>
      <w:r w:rsidRPr="00BA436B">
        <w:rPr>
          <w:b/>
          <w:spacing w:val="40"/>
          <w:sz w:val="22"/>
        </w:rPr>
        <w:t xml:space="preserve"> </w:t>
      </w:r>
      <w:r w:rsidRPr="00BA436B">
        <w:rPr>
          <w:b/>
          <w:sz w:val="22"/>
        </w:rPr>
        <w:t>(4):</w:t>
      </w:r>
      <w:r w:rsidRPr="00BA436B">
        <w:rPr>
          <w:b/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uczeń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poprawnie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stosuje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wiedzę</w:t>
      </w:r>
      <w:proofErr w:type="spellEnd"/>
      <w:r w:rsidRPr="00BA436B">
        <w:rPr>
          <w:spacing w:val="40"/>
          <w:sz w:val="22"/>
        </w:rPr>
        <w:t xml:space="preserve"> </w:t>
      </w:r>
      <w:r w:rsidRPr="00BA436B">
        <w:rPr>
          <w:sz w:val="22"/>
        </w:rPr>
        <w:t>w</w:t>
      </w:r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nowych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zadaniach</w:t>
      </w:r>
      <w:proofErr w:type="spellEnd"/>
      <w:r w:rsidRPr="00BA436B">
        <w:rPr>
          <w:sz w:val="22"/>
        </w:rPr>
        <w:t>,</w:t>
      </w:r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analizuje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proste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źródła</w:t>
      </w:r>
      <w:proofErr w:type="spellEnd"/>
      <w:r w:rsidRPr="00BA436B">
        <w:rPr>
          <w:sz w:val="22"/>
        </w:rPr>
        <w:t>,</w:t>
      </w:r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wyjaśnia</w:t>
      </w:r>
      <w:proofErr w:type="spellEnd"/>
      <w:r w:rsidRPr="00BA436B">
        <w:rPr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przyczyny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i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skutki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oraz</w:t>
      </w:r>
      <w:proofErr w:type="spellEnd"/>
      <w:r w:rsidRPr="00BA436B">
        <w:rPr>
          <w:spacing w:val="-1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porównuje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zjawiska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historyczne</w:t>
      </w:r>
      <w:proofErr w:type="spellEnd"/>
      <w:r w:rsidRPr="00BA436B">
        <w:rPr>
          <w:w w:val="110"/>
          <w:sz w:val="22"/>
        </w:rPr>
        <w:t>.</w:t>
      </w:r>
    </w:p>
    <w:p w:rsidR="00E77431" w:rsidRPr="00BA436B" w:rsidRDefault="00E77431" w:rsidP="00E77431">
      <w:pPr>
        <w:pStyle w:val="Akapitzlist"/>
        <w:widowControl w:val="0"/>
        <w:numPr>
          <w:ilvl w:val="0"/>
          <w:numId w:val="10"/>
        </w:numPr>
        <w:tabs>
          <w:tab w:val="left" w:pos="661"/>
        </w:tabs>
        <w:autoSpaceDE w:val="0"/>
        <w:autoSpaceDN w:val="0"/>
        <w:spacing w:after="0" w:line="278" w:lineRule="auto"/>
        <w:ind w:left="661" w:right="1100"/>
        <w:contextualSpacing w:val="0"/>
        <w:rPr>
          <w:sz w:val="22"/>
        </w:rPr>
      </w:pPr>
      <w:proofErr w:type="spellStart"/>
      <w:r w:rsidRPr="00BA436B">
        <w:rPr>
          <w:b/>
          <w:w w:val="105"/>
          <w:sz w:val="22"/>
        </w:rPr>
        <w:t>Bardzo</w:t>
      </w:r>
      <w:proofErr w:type="spellEnd"/>
      <w:r w:rsidRPr="00BA436B">
        <w:rPr>
          <w:b/>
          <w:w w:val="105"/>
          <w:sz w:val="22"/>
        </w:rPr>
        <w:t xml:space="preserve"> dobra (5): </w:t>
      </w:r>
      <w:proofErr w:type="spellStart"/>
      <w:r w:rsidRPr="00BA436B">
        <w:rPr>
          <w:w w:val="105"/>
          <w:sz w:val="22"/>
        </w:rPr>
        <w:t>uczeń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swobodnie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łączy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wiadomości</w:t>
      </w:r>
      <w:proofErr w:type="spellEnd"/>
      <w:r w:rsidRPr="00BA436B">
        <w:rPr>
          <w:w w:val="105"/>
          <w:sz w:val="22"/>
        </w:rPr>
        <w:t xml:space="preserve">, </w:t>
      </w:r>
      <w:proofErr w:type="spellStart"/>
      <w:r w:rsidRPr="00BA436B">
        <w:rPr>
          <w:w w:val="105"/>
          <w:sz w:val="22"/>
        </w:rPr>
        <w:t>interpretuje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źródła</w:t>
      </w:r>
      <w:proofErr w:type="spellEnd"/>
      <w:r w:rsidRPr="00BA436B">
        <w:rPr>
          <w:w w:val="105"/>
          <w:sz w:val="22"/>
        </w:rPr>
        <w:t xml:space="preserve">, </w:t>
      </w:r>
      <w:proofErr w:type="spellStart"/>
      <w:r w:rsidRPr="00BA436B">
        <w:rPr>
          <w:w w:val="105"/>
          <w:sz w:val="22"/>
        </w:rPr>
        <w:t>formułuje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wnioski</w:t>
      </w:r>
      <w:proofErr w:type="spellEnd"/>
      <w:r w:rsidRPr="00BA436B">
        <w:rPr>
          <w:w w:val="105"/>
          <w:sz w:val="22"/>
        </w:rPr>
        <w:t xml:space="preserve">, </w:t>
      </w:r>
      <w:proofErr w:type="spellStart"/>
      <w:r w:rsidRPr="00BA436B">
        <w:rPr>
          <w:w w:val="105"/>
          <w:sz w:val="22"/>
        </w:rPr>
        <w:t>uzasadnia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stanowisko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i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dostrzega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szersze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związki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między</w:t>
      </w:r>
      <w:proofErr w:type="spellEnd"/>
      <w:r w:rsidRPr="00BA436B">
        <w:rPr>
          <w:w w:val="105"/>
          <w:sz w:val="22"/>
        </w:rPr>
        <w:t xml:space="preserve"> </w:t>
      </w:r>
      <w:proofErr w:type="spellStart"/>
      <w:r w:rsidRPr="00BA436B">
        <w:rPr>
          <w:w w:val="105"/>
          <w:sz w:val="22"/>
        </w:rPr>
        <w:t>przeszłością</w:t>
      </w:r>
      <w:proofErr w:type="spellEnd"/>
      <w:r w:rsidRPr="00BA436B">
        <w:rPr>
          <w:w w:val="105"/>
          <w:sz w:val="22"/>
        </w:rPr>
        <w:t xml:space="preserve"> a </w:t>
      </w:r>
      <w:proofErr w:type="spellStart"/>
      <w:r w:rsidRPr="00BA436B">
        <w:rPr>
          <w:w w:val="105"/>
          <w:sz w:val="22"/>
        </w:rPr>
        <w:t>współczesnością</w:t>
      </w:r>
      <w:proofErr w:type="spellEnd"/>
      <w:r w:rsidRPr="00BA436B">
        <w:rPr>
          <w:w w:val="105"/>
          <w:sz w:val="22"/>
        </w:rPr>
        <w:t>.</w:t>
      </w:r>
    </w:p>
    <w:p w:rsidR="00E77431" w:rsidRPr="00BA436B" w:rsidRDefault="00E77431" w:rsidP="00E77431">
      <w:pPr>
        <w:pStyle w:val="Akapitzlist"/>
        <w:widowControl w:val="0"/>
        <w:numPr>
          <w:ilvl w:val="0"/>
          <w:numId w:val="10"/>
        </w:numPr>
        <w:tabs>
          <w:tab w:val="left" w:pos="661"/>
        </w:tabs>
        <w:autoSpaceDE w:val="0"/>
        <w:autoSpaceDN w:val="0"/>
        <w:spacing w:after="0" w:line="278" w:lineRule="auto"/>
        <w:ind w:left="661" w:right="910"/>
        <w:contextualSpacing w:val="0"/>
        <w:rPr>
          <w:sz w:val="22"/>
        </w:rPr>
      </w:pPr>
      <w:proofErr w:type="spellStart"/>
      <w:r w:rsidRPr="00BA436B">
        <w:rPr>
          <w:b/>
          <w:w w:val="110"/>
          <w:sz w:val="22"/>
        </w:rPr>
        <w:t>Celująca</w:t>
      </w:r>
      <w:proofErr w:type="spellEnd"/>
      <w:r w:rsidRPr="00BA436B">
        <w:rPr>
          <w:b/>
          <w:spacing w:val="-13"/>
          <w:w w:val="110"/>
          <w:sz w:val="22"/>
        </w:rPr>
        <w:t xml:space="preserve"> </w:t>
      </w:r>
      <w:r w:rsidRPr="00BA436B">
        <w:rPr>
          <w:b/>
          <w:w w:val="110"/>
          <w:sz w:val="22"/>
        </w:rPr>
        <w:t>(6):</w:t>
      </w:r>
      <w:r w:rsidRPr="00BA436B">
        <w:rPr>
          <w:b/>
          <w:spacing w:val="-12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uczeń</w:t>
      </w:r>
      <w:proofErr w:type="spellEnd"/>
      <w:r w:rsidRPr="00BA436B">
        <w:rPr>
          <w:spacing w:val="-1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twórczo</w:t>
      </w:r>
      <w:proofErr w:type="spellEnd"/>
      <w:r w:rsidRPr="00BA436B">
        <w:rPr>
          <w:spacing w:val="-1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i</w:t>
      </w:r>
      <w:proofErr w:type="spellEnd"/>
      <w:r w:rsidRPr="00BA436B">
        <w:rPr>
          <w:spacing w:val="-1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samodzielnie</w:t>
      </w:r>
      <w:proofErr w:type="spellEnd"/>
      <w:r w:rsidRPr="00BA436B">
        <w:rPr>
          <w:spacing w:val="-1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wykorzystuje</w:t>
      </w:r>
      <w:proofErr w:type="spellEnd"/>
      <w:r w:rsidRPr="00BA436B">
        <w:rPr>
          <w:spacing w:val="-1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wiedzę</w:t>
      </w:r>
      <w:proofErr w:type="spellEnd"/>
      <w:r w:rsidRPr="00BA436B">
        <w:rPr>
          <w:spacing w:val="-1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i</w:t>
      </w:r>
      <w:proofErr w:type="spellEnd"/>
      <w:r w:rsidRPr="00BA436B">
        <w:rPr>
          <w:spacing w:val="-1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źródła</w:t>
      </w:r>
      <w:proofErr w:type="spellEnd"/>
      <w:r w:rsidRPr="00BA436B">
        <w:rPr>
          <w:w w:val="110"/>
          <w:sz w:val="22"/>
        </w:rPr>
        <w:t>,</w:t>
      </w:r>
      <w:r w:rsidRPr="00BA436B">
        <w:rPr>
          <w:spacing w:val="-14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buduje</w:t>
      </w:r>
      <w:proofErr w:type="spellEnd"/>
      <w:r w:rsidRPr="00BA436B">
        <w:rPr>
          <w:spacing w:val="-13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argumentację</w:t>
      </w:r>
      <w:proofErr w:type="spellEnd"/>
      <w:r w:rsidRPr="00BA436B">
        <w:rPr>
          <w:w w:val="110"/>
          <w:sz w:val="22"/>
        </w:rPr>
        <w:t xml:space="preserve">, </w:t>
      </w:r>
      <w:proofErr w:type="spellStart"/>
      <w:r w:rsidRPr="00BA436B">
        <w:rPr>
          <w:sz w:val="22"/>
        </w:rPr>
        <w:t>dokonuje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syntezy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i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oceny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zjawisk</w:t>
      </w:r>
      <w:proofErr w:type="spellEnd"/>
      <w:r w:rsidRPr="00BA436B">
        <w:rPr>
          <w:sz w:val="22"/>
        </w:rPr>
        <w:t>;</w:t>
      </w:r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wymagania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na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ocenę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celującą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nie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są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uzależnione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od</w:t>
      </w:r>
      <w:proofErr w:type="spellEnd"/>
      <w:r w:rsidRPr="00BA436B">
        <w:rPr>
          <w:spacing w:val="40"/>
          <w:sz w:val="22"/>
        </w:rPr>
        <w:t xml:space="preserve"> </w:t>
      </w:r>
      <w:proofErr w:type="spellStart"/>
      <w:r w:rsidRPr="00BA436B">
        <w:rPr>
          <w:sz w:val="22"/>
        </w:rPr>
        <w:t>udziału</w:t>
      </w:r>
      <w:proofErr w:type="spellEnd"/>
      <w:r w:rsidRPr="00BA436B">
        <w:rPr>
          <w:spacing w:val="40"/>
          <w:sz w:val="22"/>
        </w:rPr>
        <w:t xml:space="preserve"> </w:t>
      </w:r>
      <w:r w:rsidRPr="00BA436B">
        <w:rPr>
          <w:sz w:val="22"/>
        </w:rPr>
        <w:t xml:space="preserve">w </w:t>
      </w:r>
      <w:proofErr w:type="spellStart"/>
      <w:r w:rsidRPr="00BA436B">
        <w:rPr>
          <w:w w:val="110"/>
          <w:sz w:val="22"/>
        </w:rPr>
        <w:t>konkursach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ani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od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treści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wykraczających</w:t>
      </w:r>
      <w:proofErr w:type="spellEnd"/>
      <w:r w:rsidRPr="00BA436B">
        <w:rPr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poza</w:t>
      </w:r>
      <w:proofErr w:type="spellEnd"/>
      <w:r w:rsidRPr="00BA436B">
        <w:rPr>
          <w:w w:val="110"/>
          <w:sz w:val="22"/>
        </w:rPr>
        <w:t xml:space="preserve"> program.</w:t>
      </w:r>
    </w:p>
    <w:p w:rsidR="00E77431" w:rsidRDefault="00E77431" w:rsidP="00E77431">
      <w:pPr>
        <w:pStyle w:val="Tekstpodstawowy"/>
        <w:spacing w:before="200" w:line="278" w:lineRule="auto"/>
        <w:ind w:left="302" w:right="404"/>
        <w:rPr>
          <w:w w:val="110"/>
          <w:sz w:val="22"/>
        </w:rPr>
      </w:pPr>
      <w:proofErr w:type="spellStart"/>
      <w:r>
        <w:rPr>
          <w:b/>
          <w:spacing w:val="-2"/>
          <w:w w:val="110"/>
          <w:sz w:val="22"/>
        </w:rPr>
        <w:t>Pamiętaj</w:t>
      </w:r>
      <w:proofErr w:type="spellEnd"/>
      <w:r w:rsidRPr="00BA436B">
        <w:rPr>
          <w:b/>
          <w:spacing w:val="-2"/>
          <w:w w:val="110"/>
          <w:sz w:val="22"/>
        </w:rPr>
        <w:t xml:space="preserve">: </w:t>
      </w:r>
      <w:proofErr w:type="spellStart"/>
      <w:r w:rsidRPr="00BA436B">
        <w:rPr>
          <w:spacing w:val="-2"/>
          <w:w w:val="110"/>
          <w:sz w:val="22"/>
        </w:rPr>
        <w:t>wymagania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na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ocenę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wyższą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obejmują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również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wymagania</w:t>
      </w:r>
      <w:proofErr w:type="spellEnd"/>
      <w:r w:rsidRPr="00BA436B">
        <w:rPr>
          <w:spacing w:val="-4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na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oceny</w:t>
      </w:r>
      <w:proofErr w:type="spellEnd"/>
      <w:r w:rsidRPr="00BA436B">
        <w:rPr>
          <w:spacing w:val="-3"/>
          <w:w w:val="110"/>
          <w:sz w:val="22"/>
        </w:rPr>
        <w:t xml:space="preserve"> </w:t>
      </w:r>
      <w:proofErr w:type="spellStart"/>
      <w:r w:rsidRPr="00BA436B">
        <w:rPr>
          <w:spacing w:val="-2"/>
          <w:w w:val="110"/>
          <w:sz w:val="22"/>
        </w:rPr>
        <w:t>niższe</w:t>
      </w:r>
      <w:proofErr w:type="spellEnd"/>
      <w:r w:rsidRPr="00BA436B">
        <w:rPr>
          <w:spacing w:val="-2"/>
          <w:w w:val="110"/>
          <w:sz w:val="22"/>
        </w:rPr>
        <w:t xml:space="preserve">. </w:t>
      </w:r>
      <w:proofErr w:type="spellStart"/>
      <w:r w:rsidRPr="00BA436B">
        <w:rPr>
          <w:w w:val="110"/>
          <w:sz w:val="22"/>
        </w:rPr>
        <w:t>Ocenie</w:t>
      </w:r>
      <w:proofErr w:type="spellEnd"/>
      <w:r w:rsidRPr="00BA436B">
        <w:rPr>
          <w:spacing w:val="-1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podlega</w:t>
      </w:r>
      <w:proofErr w:type="spellEnd"/>
      <w:r w:rsidRPr="00BA436B">
        <w:rPr>
          <w:spacing w:val="-1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stopień</w:t>
      </w:r>
      <w:proofErr w:type="spellEnd"/>
      <w:r w:rsidRPr="00BA436B">
        <w:rPr>
          <w:spacing w:val="-1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osiągnięcia</w:t>
      </w:r>
      <w:proofErr w:type="spellEnd"/>
      <w:r w:rsidRPr="00BA436B">
        <w:rPr>
          <w:spacing w:val="-11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wymagań</w:t>
      </w:r>
      <w:proofErr w:type="spellEnd"/>
      <w:r w:rsidRPr="00BA436B">
        <w:rPr>
          <w:w w:val="110"/>
          <w:sz w:val="22"/>
        </w:rPr>
        <w:t>,</w:t>
      </w:r>
      <w:r w:rsidRPr="00BA436B">
        <w:rPr>
          <w:spacing w:val="-10"/>
          <w:w w:val="110"/>
          <w:sz w:val="22"/>
        </w:rPr>
        <w:t xml:space="preserve"> </w:t>
      </w:r>
      <w:r w:rsidRPr="00BA436B">
        <w:rPr>
          <w:w w:val="110"/>
          <w:sz w:val="22"/>
        </w:rPr>
        <w:t>a</w:t>
      </w:r>
      <w:r w:rsidRPr="00BA436B">
        <w:rPr>
          <w:spacing w:val="-1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nie</w:t>
      </w:r>
      <w:proofErr w:type="spellEnd"/>
      <w:r w:rsidRPr="00BA436B">
        <w:rPr>
          <w:spacing w:val="-1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sam</w:t>
      </w:r>
      <w:proofErr w:type="spellEnd"/>
      <w:r w:rsidRPr="00BA436B">
        <w:rPr>
          <w:spacing w:val="-10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fakt</w:t>
      </w:r>
      <w:proofErr w:type="spellEnd"/>
      <w:r w:rsidRPr="00BA436B">
        <w:rPr>
          <w:spacing w:val="-11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wykonania</w:t>
      </w:r>
      <w:proofErr w:type="spellEnd"/>
      <w:r w:rsidRPr="00BA436B">
        <w:rPr>
          <w:spacing w:val="-11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pojedynczego</w:t>
      </w:r>
      <w:proofErr w:type="spellEnd"/>
      <w:r w:rsidRPr="00BA436B">
        <w:rPr>
          <w:spacing w:val="-11"/>
          <w:w w:val="110"/>
          <w:sz w:val="22"/>
        </w:rPr>
        <w:t xml:space="preserve"> </w:t>
      </w:r>
      <w:proofErr w:type="spellStart"/>
      <w:r w:rsidRPr="00BA436B">
        <w:rPr>
          <w:w w:val="110"/>
          <w:sz w:val="22"/>
        </w:rPr>
        <w:t>zadania</w:t>
      </w:r>
      <w:proofErr w:type="spellEnd"/>
      <w:r w:rsidRPr="00BA436B">
        <w:rPr>
          <w:w w:val="110"/>
          <w:sz w:val="22"/>
        </w:rPr>
        <w:t>.</w:t>
      </w:r>
    </w:p>
    <w:p w:rsidR="00824116" w:rsidRPr="00627145" w:rsidRDefault="00824116" w:rsidP="00627145">
      <w:pPr>
        <w:pStyle w:val="Akapitzlist"/>
        <w:numPr>
          <w:ilvl w:val="0"/>
          <w:numId w:val="12"/>
        </w:numPr>
        <w:spacing w:after="0" w:line="240" w:lineRule="auto"/>
        <w:rPr>
          <w:sz w:val="28"/>
          <w:szCs w:val="24"/>
          <w:lang w:val="pl-PL" w:eastAsia="pl-PL"/>
        </w:rPr>
      </w:pPr>
      <w:r w:rsidRPr="00627145">
        <w:rPr>
          <w:sz w:val="22"/>
          <w:lang w:val="pl-PL" w:eastAsia="pl-PL"/>
        </w:rPr>
        <w:t>Wymagania edukacyjne są dostosowywane indywidualnie do psychofizycznych możliwości oraz potrzeb rozwojowych i edukacyjnych ucznia, na podstawie posiadanej przez szkołę dokumentacji (w szczególności: orzeczenia o potrzebie kształcenia specjalnego, opinii poradni psychologiczno-pedagogicznej, w tym poradni specjalistycznej, lub opinii lekarza).</w:t>
      </w:r>
    </w:p>
    <w:p w:rsidR="00824116" w:rsidRPr="00627145" w:rsidRDefault="00824116" w:rsidP="00627145">
      <w:pPr>
        <w:pStyle w:val="Akapitzlist"/>
        <w:numPr>
          <w:ilvl w:val="0"/>
          <w:numId w:val="12"/>
        </w:numPr>
        <w:spacing w:after="0" w:line="240" w:lineRule="auto"/>
        <w:rPr>
          <w:sz w:val="28"/>
          <w:szCs w:val="24"/>
          <w:lang w:val="pl-PL" w:eastAsia="pl-PL"/>
        </w:rPr>
      </w:pPr>
      <w:r w:rsidRPr="00627145">
        <w:rPr>
          <w:sz w:val="22"/>
          <w:lang w:val="pl-PL" w:eastAsia="pl-PL"/>
        </w:rPr>
        <w:t>W przypadku uczniów posiadających orzeczenie o potrzebie kształcenia specjalnego, szczegółowy zakres dostosowań wymagań edukacyjnych oraz formy i metody pracy określa Indywidualny Program Edukacyjno-Terapeutyczny (IPET).</w:t>
      </w:r>
    </w:p>
    <w:p w:rsidR="00824116" w:rsidRPr="00627145" w:rsidRDefault="00824116" w:rsidP="00627145">
      <w:pPr>
        <w:pStyle w:val="Tekstpodstawowy"/>
        <w:numPr>
          <w:ilvl w:val="0"/>
          <w:numId w:val="12"/>
        </w:numPr>
        <w:spacing w:before="200" w:line="278" w:lineRule="auto"/>
        <w:ind w:right="404"/>
        <w:rPr>
          <w:sz w:val="24"/>
        </w:rPr>
      </w:pPr>
      <w:r w:rsidRPr="00627145">
        <w:rPr>
          <w:sz w:val="22"/>
          <w:lang w:val="pl-PL" w:eastAsia="pl-PL"/>
        </w:rPr>
        <w:t>Nauczyciele poszczególnych przedmiotów realizują dostosowania wymagań edukacyjnych w codziennej pracy z uczniem, uwzględniając zalecenia zawarte w wyżej wymienionej dokumentacji oraz bieżące obserwacje pedagogiczne.</w:t>
      </w:r>
    </w:p>
    <w:p w:rsidR="00E77431" w:rsidRDefault="00E77431" w:rsidP="00AA3EB2">
      <w:pPr>
        <w:spacing w:after="0"/>
        <w:jc w:val="center"/>
        <w:rPr>
          <w:i/>
        </w:rPr>
      </w:pPr>
    </w:p>
    <w:p w:rsidR="00AA3EB2" w:rsidRDefault="00AA3EB2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696D94" w:rsidRDefault="00696D94" w:rsidP="00AA3EB2">
      <w:pPr>
        <w:spacing w:after="0"/>
        <w:jc w:val="center"/>
      </w:pPr>
    </w:p>
    <w:p w:rsidR="00726902" w:rsidRPr="00021C32" w:rsidRDefault="002B62F6" w:rsidP="00AA3EB2">
      <w:pPr>
        <w:pStyle w:val="Nagwek1"/>
        <w:spacing w:before="0"/>
        <w:rPr>
          <w:sz w:val="22"/>
          <w:szCs w:val="22"/>
        </w:rPr>
      </w:pPr>
      <w:r w:rsidRPr="00021C32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I. </w:t>
      </w:r>
      <w:r w:rsidR="00A71F83">
        <w:rPr>
          <w:rFonts w:ascii="Times New Roman" w:eastAsia="Times New Roman" w:hAnsi="Times New Roman" w:cs="Times New Roman"/>
          <w:sz w:val="22"/>
          <w:szCs w:val="22"/>
        </w:rPr>
        <w:t xml:space="preserve">Co to jest </w:t>
      </w:r>
      <w:proofErr w:type="spellStart"/>
      <w:r w:rsidR="00A71F83">
        <w:rPr>
          <w:rFonts w:ascii="Times New Roman" w:eastAsia="Times New Roman" w:hAnsi="Times New Roman" w:cs="Times New Roman"/>
          <w:sz w:val="22"/>
          <w:szCs w:val="22"/>
        </w:rPr>
        <w:t>historia</w:t>
      </w:r>
      <w:proofErr w:type="spellEnd"/>
      <w:r w:rsidR="00A71F83">
        <w:rPr>
          <w:rFonts w:ascii="Times New Roman" w:eastAsia="Times New Roman" w:hAnsi="Times New Roman" w:cs="Times New Roman"/>
          <w:sz w:val="22"/>
          <w:szCs w:val="22"/>
        </w:rPr>
        <w:t>?</w:t>
      </w:r>
    </w:p>
    <w:tbl>
      <w:tblPr>
        <w:tblStyle w:val="Tabela-Siatka"/>
        <w:tblW w:w="0" w:type="auto"/>
        <w:jc w:val="center"/>
        <w:tblLook w:val="04A0"/>
      </w:tblPr>
      <w:tblGrid>
        <w:gridCol w:w="2153"/>
        <w:gridCol w:w="2153"/>
        <w:gridCol w:w="2153"/>
        <w:gridCol w:w="2153"/>
        <w:gridCol w:w="2153"/>
      </w:tblGrid>
      <w:tr w:rsidR="00726902" w:rsidRPr="00021C32">
        <w:trPr>
          <w:cantSplit/>
          <w:tblHeader/>
          <w:jc w:val="center"/>
        </w:trPr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celująca</w:t>
            </w:r>
          </w:p>
        </w:tc>
      </w:tr>
      <w:tr w:rsidR="00726902" w:rsidRPr="00021C32">
        <w:trPr>
          <w:cantSplit/>
          <w:jc w:val="center"/>
        </w:trPr>
        <w:tc>
          <w:tcPr>
            <w:tcW w:w="2153" w:type="dxa"/>
          </w:tcPr>
          <w:p w:rsidR="00726902" w:rsidRPr="00021C32" w:rsidRDefault="00AD3E62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533F0A">
              <w:rPr>
                <w:sz w:val="20"/>
                <w:szCs w:val="20"/>
              </w:rPr>
              <w:t>Uczeń</w:t>
            </w:r>
            <w:proofErr w:type="spellEnd"/>
            <w:r w:rsidR="00533F0A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rozumie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2B62F6" w:rsidRPr="00021C32">
              <w:rPr>
                <w:sz w:val="20"/>
                <w:szCs w:val="20"/>
              </w:rPr>
              <w:t>że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historia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dotyczy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przeszłości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2B62F6" w:rsidRPr="00021C32">
              <w:rPr>
                <w:sz w:val="20"/>
                <w:szCs w:val="20"/>
              </w:rPr>
              <w:t>podaje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prosty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przykład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źródła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historycznego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2B62F6" w:rsidRPr="00021C32">
              <w:rPr>
                <w:sz w:val="20"/>
                <w:szCs w:val="20"/>
              </w:rPr>
              <w:t>wie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2B62F6" w:rsidRPr="00021C32">
              <w:rPr>
                <w:sz w:val="20"/>
                <w:szCs w:val="20"/>
              </w:rPr>
              <w:t>że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historyk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bada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przeszłość</w:t>
            </w:r>
            <w:proofErr w:type="spellEnd"/>
            <w:r w:rsidR="00DC0618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rozróżnia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przeszłość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teraźniejszość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zna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pojęcia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rok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DC0618" w:rsidRPr="00021C32">
              <w:rPr>
                <w:sz w:val="20"/>
                <w:szCs w:val="20"/>
              </w:rPr>
              <w:t>wiek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odczytuje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podstawowe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informacje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z </w:t>
            </w:r>
            <w:proofErr w:type="spellStart"/>
            <w:r w:rsidR="00DC0618" w:rsidRPr="00021C32">
              <w:rPr>
                <w:sz w:val="20"/>
                <w:szCs w:val="20"/>
              </w:rPr>
              <w:t>mapy</w:t>
            </w:r>
            <w:proofErr w:type="spellEnd"/>
            <w:r w:rsidR="00DC0618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533F0A">
              <w:rPr>
                <w:sz w:val="20"/>
                <w:szCs w:val="20"/>
              </w:rPr>
              <w:t>Uczeń</w:t>
            </w:r>
            <w:proofErr w:type="spellEnd"/>
            <w:r w:rsidR="00533F0A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prostymi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słowami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czym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może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być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historia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FE6A21" w:rsidRPr="00021C32">
              <w:rPr>
                <w:sz w:val="20"/>
                <w:szCs w:val="20"/>
              </w:rPr>
              <w:t>stosując</w:t>
            </w:r>
            <w:proofErr w:type="spellEnd"/>
            <w:r w:rsidR="00FE6A21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FE6A21" w:rsidRPr="00021C32">
              <w:rPr>
                <w:sz w:val="20"/>
                <w:szCs w:val="20"/>
              </w:rPr>
              <w:t>pojęcia</w:t>
            </w:r>
            <w:proofErr w:type="spellEnd"/>
            <w:r w:rsidR="00FE6A21" w:rsidRPr="00021C32">
              <w:rPr>
                <w:sz w:val="20"/>
                <w:szCs w:val="20"/>
              </w:rPr>
              <w:t xml:space="preserve"> -</w:t>
            </w:r>
            <w:proofErr w:type="spellStart"/>
            <w:r w:rsidR="00FE6A21" w:rsidRPr="00021C32">
              <w:rPr>
                <w:sz w:val="20"/>
                <w:szCs w:val="20"/>
              </w:rPr>
              <w:t>przeszłość</w:t>
            </w:r>
            <w:proofErr w:type="spellEnd"/>
            <w:r w:rsidR="00FE6A21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FE6A21" w:rsidRPr="00021C32">
              <w:rPr>
                <w:sz w:val="20"/>
                <w:szCs w:val="20"/>
              </w:rPr>
              <w:t>nauka</w:t>
            </w:r>
            <w:proofErr w:type="spellEnd"/>
            <w:r w:rsidR="00FE6A21" w:rsidRPr="00021C32">
              <w:rPr>
                <w:sz w:val="20"/>
                <w:szCs w:val="20"/>
              </w:rPr>
              <w:t xml:space="preserve"> o </w:t>
            </w:r>
            <w:proofErr w:type="spellStart"/>
            <w:r w:rsidR="00FE6A21" w:rsidRPr="00021C32">
              <w:rPr>
                <w:sz w:val="20"/>
                <w:szCs w:val="20"/>
              </w:rPr>
              <w:t>przeszłości</w:t>
            </w:r>
            <w:proofErr w:type="spellEnd"/>
            <w:r w:rsidR="00FE6A21"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opowieść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rozróżnia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kilka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rodzajów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źródeł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wskazuje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skąd</w:t>
            </w:r>
            <w:proofErr w:type="spellEnd"/>
            <w:r w:rsidRPr="00021C32">
              <w:rPr>
                <w:sz w:val="20"/>
                <w:szCs w:val="20"/>
              </w:rPr>
              <w:t xml:space="preserve"> można </w:t>
            </w:r>
            <w:proofErr w:type="spellStart"/>
            <w:r w:rsidRPr="00021C32">
              <w:rPr>
                <w:sz w:val="20"/>
                <w:szCs w:val="20"/>
              </w:rPr>
              <w:t>czerpać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wiedzę</w:t>
            </w:r>
            <w:proofErr w:type="spellEnd"/>
            <w:r w:rsidRPr="00021C32">
              <w:rPr>
                <w:sz w:val="20"/>
                <w:szCs w:val="20"/>
              </w:rPr>
              <w:t xml:space="preserve"> o </w:t>
            </w:r>
            <w:proofErr w:type="spellStart"/>
            <w:r w:rsidRPr="00021C32">
              <w:rPr>
                <w:sz w:val="20"/>
                <w:szCs w:val="20"/>
              </w:rPr>
              <w:t>przeszłości</w:t>
            </w:r>
            <w:proofErr w:type="spellEnd"/>
            <w:r w:rsidR="00DC0618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posługuje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się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pojęciami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: data, </w:t>
            </w:r>
            <w:proofErr w:type="spellStart"/>
            <w:r w:rsidR="00DC0618" w:rsidRPr="00021C32">
              <w:rPr>
                <w:sz w:val="20"/>
                <w:szCs w:val="20"/>
              </w:rPr>
              <w:t>epoka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DC0618" w:rsidRPr="00021C32">
              <w:rPr>
                <w:sz w:val="20"/>
                <w:szCs w:val="20"/>
              </w:rPr>
              <w:t>p.n.e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., </w:t>
            </w:r>
            <w:proofErr w:type="spellStart"/>
            <w:r w:rsidR="00DC0618" w:rsidRPr="00021C32">
              <w:rPr>
                <w:sz w:val="20"/>
                <w:szCs w:val="20"/>
              </w:rPr>
              <w:t>n.e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., </w:t>
            </w:r>
            <w:proofErr w:type="spellStart"/>
            <w:r w:rsidR="00DC0618" w:rsidRPr="00021C32">
              <w:rPr>
                <w:sz w:val="20"/>
                <w:szCs w:val="20"/>
              </w:rPr>
              <w:t>stulecie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DC0618" w:rsidRPr="00021C32">
              <w:rPr>
                <w:sz w:val="20"/>
                <w:szCs w:val="20"/>
              </w:rPr>
              <w:t>tysiąclecie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określa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wiek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prostych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dat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korzysta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z </w:t>
            </w:r>
            <w:proofErr w:type="spellStart"/>
            <w:r w:rsidR="00DC0618" w:rsidRPr="00021C32">
              <w:rPr>
                <w:sz w:val="20"/>
                <w:szCs w:val="20"/>
              </w:rPr>
              <w:t>legendy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mapy</w:t>
            </w:r>
            <w:proofErr w:type="spellEnd"/>
            <w:r w:rsidR="00DC0618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Default="002B62F6" w:rsidP="000C5C7C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533F0A">
              <w:rPr>
                <w:sz w:val="20"/>
                <w:szCs w:val="20"/>
              </w:rPr>
              <w:t>Uczeń</w:t>
            </w:r>
            <w:proofErr w:type="spellEnd"/>
            <w:r w:rsidR="00533F0A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czym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polega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praca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historyka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odróżnia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informację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h</w:t>
            </w:r>
            <w:r w:rsidR="00681434" w:rsidRPr="00021C32">
              <w:rPr>
                <w:sz w:val="20"/>
                <w:szCs w:val="20"/>
              </w:rPr>
              <w:t>istoryczną</w:t>
            </w:r>
            <w:proofErr w:type="spellEnd"/>
            <w:r w:rsidR="0068143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81434" w:rsidRPr="00021C32">
              <w:rPr>
                <w:sz w:val="20"/>
                <w:szCs w:val="20"/>
              </w:rPr>
              <w:t>od</w:t>
            </w:r>
            <w:proofErr w:type="spellEnd"/>
            <w:r w:rsidR="00681434" w:rsidRPr="00021C32">
              <w:rPr>
                <w:sz w:val="20"/>
                <w:szCs w:val="20"/>
              </w:rPr>
              <w:t xml:space="preserve">  </w:t>
            </w:r>
            <w:proofErr w:type="spellStart"/>
            <w:r w:rsidR="00681434" w:rsidRPr="00021C32">
              <w:rPr>
                <w:sz w:val="20"/>
                <w:szCs w:val="20"/>
              </w:rPr>
              <w:t>fi</w:t>
            </w:r>
            <w:r w:rsidR="000C5C7C" w:rsidRPr="00021C32">
              <w:rPr>
                <w:sz w:val="20"/>
                <w:szCs w:val="20"/>
              </w:rPr>
              <w:t>kcji</w:t>
            </w:r>
            <w:proofErr w:type="spellEnd"/>
            <w:r w:rsidR="000C5C7C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0C5C7C" w:rsidRPr="00021C32">
              <w:rPr>
                <w:sz w:val="20"/>
                <w:szCs w:val="20"/>
              </w:rPr>
              <w:t>literackiej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wskazuje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potrzebę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sprawdzania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wiarygodności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źródła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  <w:p w:rsidR="00696D94" w:rsidRPr="00021C32" w:rsidRDefault="00696D94" w:rsidP="000C5C7C">
            <w:pPr>
              <w:spacing w:after="20"/>
              <w:ind w:left="45"/>
              <w:rPr>
                <w:sz w:val="20"/>
                <w:szCs w:val="20"/>
              </w:rPr>
            </w:pPr>
            <w:proofErr w:type="spellStart"/>
            <w:r w:rsidRPr="00021C32">
              <w:rPr>
                <w:sz w:val="20"/>
                <w:szCs w:val="20"/>
              </w:rPr>
              <w:t>poprawnie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określa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wiek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wydarzeń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p.n.e</w:t>
            </w:r>
            <w:proofErr w:type="spellEnd"/>
            <w:r w:rsidRPr="00021C32">
              <w:rPr>
                <w:sz w:val="20"/>
                <w:szCs w:val="20"/>
              </w:rPr>
              <w:t xml:space="preserve">.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n.e</w:t>
            </w:r>
            <w:proofErr w:type="spellEnd"/>
            <w:r w:rsidRPr="00021C32">
              <w:rPr>
                <w:sz w:val="20"/>
                <w:szCs w:val="20"/>
              </w:rPr>
              <w:t xml:space="preserve">.; </w:t>
            </w:r>
            <w:proofErr w:type="spellStart"/>
            <w:r w:rsidRPr="00021C32">
              <w:rPr>
                <w:sz w:val="20"/>
                <w:szCs w:val="20"/>
              </w:rPr>
              <w:t>porządkuje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chronologicznie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wydarzenia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czasu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odróżnia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mapę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historyczną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od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planu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021C32" w:rsidP="00D64F38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533F0A">
              <w:rPr>
                <w:sz w:val="20"/>
                <w:szCs w:val="20"/>
              </w:rPr>
              <w:t>Uczeń</w:t>
            </w:r>
            <w:proofErr w:type="spellEnd"/>
            <w:r w:rsidR="00533F0A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porównuje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informacje</w:t>
            </w:r>
            <w:proofErr w:type="spellEnd"/>
            <w:r w:rsidRPr="00021C32">
              <w:rPr>
                <w:sz w:val="20"/>
                <w:szCs w:val="20"/>
              </w:rPr>
              <w:t xml:space="preserve"> z </w:t>
            </w:r>
            <w:proofErr w:type="spellStart"/>
            <w:r w:rsidRPr="00021C32">
              <w:rPr>
                <w:sz w:val="20"/>
                <w:szCs w:val="20"/>
              </w:rPr>
              <w:t>dwóch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źródeł</w:t>
            </w:r>
            <w:proofErr w:type="spellEnd"/>
            <w:r w:rsidR="00D64F3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64F38" w:rsidRPr="00021C32">
              <w:rPr>
                <w:sz w:val="20"/>
                <w:szCs w:val="20"/>
              </w:rPr>
              <w:t>historycznych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2B62F6" w:rsidRPr="00021C32">
              <w:rPr>
                <w:sz w:val="20"/>
                <w:szCs w:val="20"/>
              </w:rPr>
              <w:t>uzasadnia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2B62F6" w:rsidRPr="00021C32">
              <w:rPr>
                <w:sz w:val="20"/>
                <w:szCs w:val="20"/>
              </w:rPr>
              <w:t>dlaczego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dane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źródło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może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być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bardziej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lub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mniej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wiarygodne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2B62F6" w:rsidRPr="00021C32">
              <w:rPr>
                <w:sz w:val="20"/>
                <w:szCs w:val="20"/>
              </w:rPr>
              <w:t>wyjaśnia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przydatność</w:t>
            </w:r>
            <w:proofErr w:type="spellEnd"/>
            <w:r w:rsidR="00485ACD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485ACD" w:rsidRPr="00021C32">
              <w:rPr>
                <w:sz w:val="20"/>
                <w:szCs w:val="20"/>
              </w:rPr>
              <w:t>znajomości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historii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dla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rozumienia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współczesności</w:t>
            </w:r>
            <w:proofErr w:type="spellEnd"/>
            <w:r w:rsidR="00696D94">
              <w:rPr>
                <w:sz w:val="20"/>
                <w:szCs w:val="20"/>
              </w:rPr>
              <w:t xml:space="preserve">; </w:t>
            </w:r>
            <w:proofErr w:type="spellStart"/>
            <w:r w:rsidR="00696D94" w:rsidRPr="00021C32">
              <w:rPr>
                <w:sz w:val="20"/>
                <w:szCs w:val="20"/>
              </w:rPr>
              <w:t>sprawnie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oblicza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upływ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czasu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między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wydarzeniami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696D94" w:rsidRPr="00021C32">
              <w:rPr>
                <w:sz w:val="20"/>
                <w:szCs w:val="20"/>
              </w:rPr>
              <w:t>samodzielnie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odczytuje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z </w:t>
            </w:r>
            <w:proofErr w:type="spellStart"/>
            <w:r w:rsidR="00696D94" w:rsidRPr="00021C32">
              <w:rPr>
                <w:sz w:val="20"/>
                <w:szCs w:val="20"/>
              </w:rPr>
              <w:t>mapy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historycznej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informacje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i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wykorzystuje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je w </w:t>
            </w:r>
            <w:proofErr w:type="spellStart"/>
            <w:r w:rsidR="00696D94" w:rsidRPr="00021C32">
              <w:rPr>
                <w:sz w:val="20"/>
                <w:szCs w:val="20"/>
              </w:rPr>
              <w:t>odpowiedzi</w:t>
            </w:r>
            <w:proofErr w:type="spellEnd"/>
            <w:r w:rsidR="00696D94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 w:rsidP="00485ACD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533F0A">
              <w:rPr>
                <w:sz w:val="20"/>
                <w:szCs w:val="20"/>
              </w:rPr>
              <w:t>Uczeń</w:t>
            </w:r>
            <w:proofErr w:type="spellEnd"/>
            <w:r w:rsidR="00533F0A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wyszukuje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informacje</w:t>
            </w:r>
            <w:proofErr w:type="spellEnd"/>
            <w:r w:rsidRPr="00021C32">
              <w:rPr>
                <w:sz w:val="20"/>
                <w:szCs w:val="20"/>
              </w:rPr>
              <w:t xml:space="preserve"> w </w:t>
            </w:r>
            <w:proofErr w:type="spellStart"/>
            <w:r w:rsidRPr="00021C32">
              <w:rPr>
                <w:sz w:val="20"/>
                <w:szCs w:val="20"/>
              </w:rPr>
              <w:t>źródłach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porównuje</w:t>
            </w:r>
            <w:proofErr w:type="spellEnd"/>
            <w:r w:rsidRPr="00021C32">
              <w:rPr>
                <w:sz w:val="20"/>
                <w:szCs w:val="20"/>
              </w:rPr>
              <w:t xml:space="preserve"> je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przedstawia uzasadniony wniosek; trafnie odróżnia historię, </w:t>
            </w:r>
            <w:proofErr w:type="spellStart"/>
            <w:r w:rsidRPr="00021C32">
              <w:rPr>
                <w:sz w:val="20"/>
                <w:szCs w:val="20"/>
              </w:rPr>
              <w:t>legendę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fikcję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literacką</w:t>
            </w:r>
            <w:proofErr w:type="spellEnd"/>
            <w:r w:rsidR="00696D94">
              <w:rPr>
                <w:sz w:val="20"/>
                <w:szCs w:val="20"/>
              </w:rPr>
              <w:t xml:space="preserve">, </w:t>
            </w:r>
            <w:proofErr w:type="spellStart"/>
            <w:r w:rsidR="00696D94" w:rsidRPr="00021C32">
              <w:rPr>
                <w:sz w:val="20"/>
                <w:szCs w:val="20"/>
              </w:rPr>
              <w:t>łączy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dane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z </w:t>
            </w:r>
            <w:proofErr w:type="spellStart"/>
            <w:r w:rsidR="00696D94" w:rsidRPr="00021C32">
              <w:rPr>
                <w:sz w:val="20"/>
                <w:szCs w:val="20"/>
              </w:rPr>
              <w:t>osi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czasu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696D94" w:rsidRPr="00021C32">
              <w:rPr>
                <w:sz w:val="20"/>
                <w:szCs w:val="20"/>
              </w:rPr>
              <w:t>mapy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i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tekstu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źródłowego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696D94" w:rsidRPr="00021C32">
              <w:rPr>
                <w:sz w:val="20"/>
                <w:szCs w:val="20"/>
              </w:rPr>
              <w:t>wyciąga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trafne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wnioski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i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696D94" w:rsidRPr="00021C32">
              <w:rPr>
                <w:sz w:val="20"/>
                <w:szCs w:val="20"/>
              </w:rPr>
              <w:t>uzasadnia</w:t>
            </w:r>
            <w:proofErr w:type="spellEnd"/>
            <w:r w:rsidR="00696D94" w:rsidRPr="00021C32">
              <w:rPr>
                <w:sz w:val="20"/>
                <w:szCs w:val="20"/>
              </w:rPr>
              <w:t xml:space="preserve"> je.</w:t>
            </w:r>
          </w:p>
        </w:tc>
      </w:tr>
    </w:tbl>
    <w:p w:rsidR="00E77431" w:rsidRDefault="00E77431" w:rsidP="00AA3EB2">
      <w:pPr>
        <w:pStyle w:val="Nagwek1"/>
        <w:spacing w:before="0"/>
        <w:rPr>
          <w:rFonts w:ascii="Times New Roman" w:eastAsia="Times New Roman" w:hAnsi="Times New Roman" w:cs="Times New Roman"/>
          <w:sz w:val="22"/>
          <w:szCs w:val="20"/>
        </w:rPr>
      </w:pPr>
    </w:p>
    <w:p w:rsidR="000417C5" w:rsidRPr="000417C5" w:rsidRDefault="000417C5" w:rsidP="000417C5"/>
    <w:p w:rsidR="00726902" w:rsidRPr="00021C32" w:rsidRDefault="002B62F6" w:rsidP="00AA3EB2">
      <w:pPr>
        <w:pStyle w:val="Nagwek1"/>
        <w:spacing w:before="0"/>
        <w:rPr>
          <w:rFonts w:ascii="Times New Roman" w:hAnsi="Times New Roman" w:cs="Times New Roman"/>
          <w:sz w:val="20"/>
          <w:szCs w:val="20"/>
        </w:rPr>
      </w:pPr>
      <w:r w:rsidRPr="00021C32">
        <w:rPr>
          <w:rFonts w:ascii="Times New Roman" w:eastAsia="Times New Roman" w:hAnsi="Times New Roman" w:cs="Times New Roman"/>
          <w:sz w:val="22"/>
          <w:szCs w:val="20"/>
        </w:rPr>
        <w:t xml:space="preserve">II. </w:t>
      </w:r>
      <w:proofErr w:type="spellStart"/>
      <w:r w:rsidR="00A71F83">
        <w:rPr>
          <w:rFonts w:ascii="Times New Roman" w:eastAsia="Times New Roman" w:hAnsi="Times New Roman" w:cs="Times New Roman"/>
          <w:sz w:val="22"/>
          <w:szCs w:val="20"/>
        </w:rPr>
        <w:t>Moja</w:t>
      </w:r>
      <w:proofErr w:type="spellEnd"/>
      <w:r w:rsidR="00A71F83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 w:rsidR="00A71F83">
        <w:rPr>
          <w:rFonts w:ascii="Times New Roman" w:eastAsia="Times New Roman" w:hAnsi="Times New Roman" w:cs="Times New Roman"/>
          <w:sz w:val="22"/>
          <w:szCs w:val="20"/>
        </w:rPr>
        <w:t>mała</w:t>
      </w:r>
      <w:proofErr w:type="spellEnd"/>
      <w:r w:rsidR="00A71F83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 w:rsidR="007641A1">
        <w:rPr>
          <w:rFonts w:ascii="Times New Roman" w:eastAsia="Times New Roman" w:hAnsi="Times New Roman" w:cs="Times New Roman"/>
          <w:sz w:val="22"/>
          <w:szCs w:val="20"/>
        </w:rPr>
        <w:t>i</w:t>
      </w:r>
      <w:proofErr w:type="spellEnd"/>
      <w:r w:rsidR="007641A1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 w:rsidR="00A71F83">
        <w:rPr>
          <w:rFonts w:ascii="Times New Roman" w:eastAsia="Times New Roman" w:hAnsi="Times New Roman" w:cs="Times New Roman"/>
          <w:sz w:val="22"/>
          <w:szCs w:val="20"/>
        </w:rPr>
        <w:t>wielka</w:t>
      </w:r>
      <w:proofErr w:type="spellEnd"/>
      <w:r w:rsidR="00A71F83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 w:rsidR="00A71F83">
        <w:rPr>
          <w:rFonts w:ascii="Times New Roman" w:eastAsia="Times New Roman" w:hAnsi="Times New Roman" w:cs="Times New Roman"/>
          <w:sz w:val="22"/>
          <w:szCs w:val="20"/>
        </w:rPr>
        <w:t>ojczyzna</w:t>
      </w:r>
      <w:proofErr w:type="spellEnd"/>
      <w:r w:rsidR="00A71F83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</w:p>
    <w:tbl>
      <w:tblPr>
        <w:tblStyle w:val="Tabela-Siatka"/>
        <w:tblW w:w="0" w:type="auto"/>
        <w:jc w:val="center"/>
        <w:tblLook w:val="04A0"/>
      </w:tblPr>
      <w:tblGrid>
        <w:gridCol w:w="2153"/>
        <w:gridCol w:w="2153"/>
        <w:gridCol w:w="2153"/>
        <w:gridCol w:w="2153"/>
        <w:gridCol w:w="2153"/>
      </w:tblGrid>
      <w:tr w:rsidR="00726902" w:rsidRPr="00021C32">
        <w:trPr>
          <w:cantSplit/>
          <w:tblHeader/>
          <w:jc w:val="center"/>
        </w:trPr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celująca</w:t>
            </w:r>
          </w:p>
        </w:tc>
      </w:tr>
      <w:tr w:rsidR="00726902" w:rsidRPr="00021C32">
        <w:trPr>
          <w:cantSplit/>
          <w:jc w:val="center"/>
        </w:trPr>
        <w:tc>
          <w:tcPr>
            <w:tcW w:w="2153" w:type="dxa"/>
          </w:tcPr>
          <w:p w:rsidR="0072690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4B3B6C">
              <w:rPr>
                <w:sz w:val="20"/>
                <w:szCs w:val="20"/>
              </w:rPr>
              <w:t>Uczeń</w:t>
            </w:r>
            <w:proofErr w:type="spellEnd"/>
            <w:r w:rsidR="004B3B6C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podaje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przykłady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pamiątek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rodzinnych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wskazuje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mapie</w:t>
            </w:r>
            <w:proofErr w:type="spellEnd"/>
            <w:r w:rsidRPr="00021C32">
              <w:rPr>
                <w:sz w:val="20"/>
                <w:szCs w:val="20"/>
              </w:rPr>
              <w:t xml:space="preserve"> swój region; wymienia wybrany zabytek lub </w:t>
            </w:r>
            <w:proofErr w:type="spellStart"/>
            <w:r w:rsidRPr="00021C32">
              <w:rPr>
                <w:sz w:val="20"/>
                <w:szCs w:val="20"/>
              </w:rPr>
              <w:t>miejsce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pamięci</w:t>
            </w:r>
            <w:proofErr w:type="spellEnd"/>
            <w:r w:rsidRPr="00021C32">
              <w:rPr>
                <w:sz w:val="20"/>
                <w:szCs w:val="20"/>
              </w:rPr>
              <w:t xml:space="preserve"> w </w:t>
            </w:r>
            <w:proofErr w:type="spellStart"/>
            <w:r w:rsidRPr="00021C32">
              <w:rPr>
                <w:sz w:val="20"/>
                <w:szCs w:val="20"/>
              </w:rPr>
              <w:t>okolicy</w:t>
            </w:r>
            <w:proofErr w:type="spellEnd"/>
            <w:r w:rsidR="007641A1">
              <w:rPr>
                <w:sz w:val="20"/>
                <w:szCs w:val="20"/>
              </w:rPr>
              <w:t>;</w:t>
            </w:r>
          </w:p>
          <w:p w:rsidR="007641A1" w:rsidRPr="00021C32" w:rsidRDefault="007641A1">
            <w:pPr>
              <w:spacing w:after="20"/>
              <w:ind w:left="4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</w:t>
            </w:r>
            <w:r w:rsidRPr="00021C32">
              <w:rPr>
                <w:sz w:val="20"/>
                <w:szCs w:val="20"/>
              </w:rPr>
              <w:t>ozpoznaje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flagę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godło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hymn </w:t>
            </w:r>
            <w:proofErr w:type="spellStart"/>
            <w:r w:rsidRPr="00021C32">
              <w:rPr>
                <w:sz w:val="20"/>
                <w:szCs w:val="20"/>
              </w:rPr>
              <w:t>Polski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podaje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przykład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święta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państwowego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rozpoznaje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flagę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Unii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Europejskiej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DC0618" w:rsidRDefault="002B62F6" w:rsidP="00DC0618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4B3B6C">
              <w:rPr>
                <w:sz w:val="20"/>
                <w:szCs w:val="20"/>
              </w:rPr>
              <w:t>Uczeń</w:t>
            </w:r>
            <w:proofErr w:type="spellEnd"/>
            <w:r w:rsidR="004B3B6C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przedstawia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podstawowe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informacje</w:t>
            </w:r>
            <w:proofErr w:type="spellEnd"/>
            <w:r w:rsidRPr="00021C32">
              <w:rPr>
                <w:sz w:val="20"/>
                <w:szCs w:val="20"/>
              </w:rPr>
              <w:t xml:space="preserve"> o </w:t>
            </w:r>
            <w:proofErr w:type="spellStart"/>
            <w:r w:rsidRPr="00021C32">
              <w:rPr>
                <w:sz w:val="20"/>
                <w:szCs w:val="20"/>
              </w:rPr>
              <w:t>historii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rodziny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lub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okolicy</w:t>
            </w:r>
            <w:proofErr w:type="spellEnd"/>
            <w:r w:rsidRPr="00021C32">
              <w:rPr>
                <w:sz w:val="20"/>
                <w:szCs w:val="20"/>
              </w:rPr>
              <w:t>;</w:t>
            </w:r>
            <w:r w:rsidR="008B7660">
              <w:rPr>
                <w:sz w:val="20"/>
                <w:szCs w:val="20"/>
              </w:rPr>
              <w:t xml:space="preserve"> </w:t>
            </w:r>
            <w:proofErr w:type="spellStart"/>
            <w:r w:rsidR="008B7660">
              <w:rPr>
                <w:sz w:val="20"/>
                <w:szCs w:val="20"/>
              </w:rPr>
              <w:t>wymienia</w:t>
            </w:r>
            <w:proofErr w:type="spellEnd"/>
            <w:r w:rsidR="008B7660">
              <w:rPr>
                <w:sz w:val="20"/>
                <w:szCs w:val="20"/>
              </w:rPr>
              <w:t xml:space="preserve"> region </w:t>
            </w:r>
            <w:proofErr w:type="spellStart"/>
            <w:r w:rsidR="008B7660">
              <w:rPr>
                <w:sz w:val="20"/>
                <w:szCs w:val="20"/>
              </w:rPr>
              <w:t>Polski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wskazuje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osobę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zasłużoną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dla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miejscowości</w:t>
            </w:r>
            <w:proofErr w:type="spellEnd"/>
            <w:r w:rsidRPr="00021C32">
              <w:rPr>
                <w:sz w:val="20"/>
                <w:szCs w:val="20"/>
              </w:rPr>
              <w:t>/</w:t>
            </w:r>
            <w:r w:rsidR="00DC0618">
              <w:rPr>
                <w:sz w:val="20"/>
                <w:szCs w:val="20"/>
              </w:rPr>
              <w:t>region;</w:t>
            </w:r>
          </w:p>
          <w:p w:rsidR="00726902" w:rsidRPr="00DC0618" w:rsidRDefault="007641A1" w:rsidP="00DC0618">
            <w:pPr>
              <w:spacing w:after="20"/>
              <w:ind w:left="45"/>
              <w:rPr>
                <w:sz w:val="20"/>
                <w:szCs w:val="20"/>
              </w:rPr>
            </w:pPr>
            <w:proofErr w:type="spellStart"/>
            <w:r w:rsidRPr="00DC0618">
              <w:rPr>
                <w:sz w:val="20"/>
                <w:szCs w:val="20"/>
              </w:rPr>
              <w:t>wyjaśnia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podstawowe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znaczenie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symboli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państwowych</w:t>
            </w:r>
            <w:proofErr w:type="spellEnd"/>
            <w:r w:rsidRPr="00DC0618">
              <w:rPr>
                <w:sz w:val="20"/>
                <w:szCs w:val="20"/>
              </w:rPr>
              <w:t xml:space="preserve">; </w:t>
            </w:r>
            <w:proofErr w:type="spellStart"/>
            <w:r w:rsidRPr="00DC0618">
              <w:rPr>
                <w:sz w:val="20"/>
                <w:szCs w:val="20"/>
              </w:rPr>
              <w:t>wymienia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przykłady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świąt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państwowych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i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tradycji</w:t>
            </w:r>
            <w:proofErr w:type="spellEnd"/>
            <w:r w:rsidRPr="00DC0618">
              <w:rPr>
                <w:sz w:val="20"/>
                <w:szCs w:val="20"/>
              </w:rPr>
              <w:t xml:space="preserve"> </w:t>
            </w:r>
            <w:proofErr w:type="spellStart"/>
            <w:r w:rsidRPr="00DC0618">
              <w:rPr>
                <w:sz w:val="20"/>
                <w:szCs w:val="20"/>
              </w:rPr>
              <w:t>regionalnych</w:t>
            </w:r>
            <w:proofErr w:type="spellEnd"/>
            <w:r w:rsidRPr="00DC0618">
              <w:rPr>
                <w:sz w:val="20"/>
                <w:szCs w:val="20"/>
              </w:rPr>
              <w:t xml:space="preserve">; </w:t>
            </w:r>
            <w:proofErr w:type="spellStart"/>
            <w:r w:rsidRPr="00DC0618">
              <w:rPr>
                <w:sz w:val="20"/>
                <w:szCs w:val="20"/>
              </w:rPr>
              <w:t>rozpoznaje</w:t>
            </w:r>
            <w:proofErr w:type="spellEnd"/>
            <w:r w:rsidRPr="00DC0618">
              <w:rPr>
                <w:sz w:val="20"/>
                <w:szCs w:val="20"/>
              </w:rPr>
              <w:t xml:space="preserve"> hymn UE</w:t>
            </w:r>
            <w:r w:rsidR="00DC0618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r w:rsidR="004B3B6C">
              <w:rPr>
                <w:sz w:val="20"/>
                <w:szCs w:val="20"/>
              </w:rPr>
              <w:t xml:space="preserve"> </w:t>
            </w:r>
            <w:proofErr w:type="spellStart"/>
            <w:r w:rsidR="004B3B6C">
              <w:rPr>
                <w:sz w:val="20"/>
                <w:szCs w:val="20"/>
              </w:rPr>
              <w:t>Uczeń</w:t>
            </w:r>
            <w:proofErr w:type="spellEnd"/>
            <w:r w:rsidR="004B3B6C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znaczenie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wybranego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zabytku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potrzebę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jego</w:t>
            </w:r>
            <w:proofErr w:type="spellEnd"/>
            <w:r w:rsidRPr="00021C32">
              <w:rPr>
                <w:sz w:val="20"/>
                <w:szCs w:val="20"/>
              </w:rPr>
              <w:t xml:space="preserve"> ochrony; przedstawia formę upamiętnienia postaci lub wydarzenia; rozpoznaje w legendzie elementy </w:t>
            </w:r>
            <w:proofErr w:type="spellStart"/>
            <w:r w:rsidRPr="00021C32">
              <w:rPr>
                <w:sz w:val="20"/>
                <w:szCs w:val="20"/>
              </w:rPr>
              <w:t>prawdopodobne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fikcyjne</w:t>
            </w:r>
            <w:proofErr w:type="spellEnd"/>
            <w:r w:rsidR="00DC0618">
              <w:rPr>
                <w:sz w:val="20"/>
                <w:szCs w:val="20"/>
              </w:rPr>
              <w:t xml:space="preserve">; </w:t>
            </w:r>
            <w:proofErr w:type="spellStart"/>
            <w:r w:rsidR="00DC0618">
              <w:rPr>
                <w:sz w:val="20"/>
                <w:szCs w:val="20"/>
              </w:rPr>
              <w:t>rozumie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DC0618" w:rsidRPr="00021C32">
              <w:rPr>
                <w:sz w:val="20"/>
                <w:szCs w:val="20"/>
              </w:rPr>
              <w:t>dlaczego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symbole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święta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są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ważne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dla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wspólnoty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wskazuje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różnice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między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wybranymi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zwyczajami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regionalnymi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w </w:t>
            </w:r>
            <w:proofErr w:type="spellStart"/>
            <w:r w:rsidR="00DC0618" w:rsidRPr="00021C32">
              <w:rPr>
                <w:sz w:val="20"/>
                <w:szCs w:val="20"/>
              </w:rPr>
              <w:t>Polsce</w:t>
            </w:r>
            <w:proofErr w:type="spellEnd"/>
            <w:r w:rsidR="00DC0618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 w:rsidP="001D4CBC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4B3B6C">
              <w:rPr>
                <w:sz w:val="20"/>
                <w:szCs w:val="20"/>
              </w:rPr>
              <w:t>Uczeń</w:t>
            </w:r>
            <w:proofErr w:type="spellEnd"/>
            <w:r w:rsidR="004B3B6C">
              <w:rPr>
                <w:sz w:val="20"/>
                <w:szCs w:val="20"/>
              </w:rPr>
              <w:t xml:space="preserve">: </w:t>
            </w:r>
            <w:proofErr w:type="spellStart"/>
            <w:r w:rsidR="004B3B6C">
              <w:rPr>
                <w:sz w:val="20"/>
                <w:szCs w:val="20"/>
              </w:rPr>
              <w:t>p</w:t>
            </w:r>
            <w:r w:rsidR="00CE45B7">
              <w:rPr>
                <w:sz w:val="20"/>
                <w:szCs w:val="20"/>
              </w:rPr>
              <w:t>rzedstawia</w:t>
            </w:r>
            <w:proofErr w:type="spellEnd"/>
            <w:r w:rsidR="00CE45B7">
              <w:rPr>
                <w:sz w:val="20"/>
                <w:szCs w:val="20"/>
              </w:rPr>
              <w:t xml:space="preserve"> </w:t>
            </w:r>
            <w:proofErr w:type="spellStart"/>
            <w:r w:rsidR="00CE45B7">
              <w:rPr>
                <w:sz w:val="20"/>
                <w:szCs w:val="20"/>
              </w:rPr>
              <w:t>legendy</w:t>
            </w:r>
            <w:proofErr w:type="spellEnd"/>
            <w:r w:rsidR="00CE45B7">
              <w:rPr>
                <w:sz w:val="20"/>
                <w:szCs w:val="20"/>
              </w:rPr>
              <w:t xml:space="preserve"> </w:t>
            </w:r>
            <w:proofErr w:type="spellStart"/>
            <w:r w:rsidR="00CE45B7">
              <w:rPr>
                <w:sz w:val="20"/>
                <w:szCs w:val="20"/>
              </w:rPr>
              <w:t>związane</w:t>
            </w:r>
            <w:proofErr w:type="spellEnd"/>
            <w:r w:rsidR="00CE45B7">
              <w:rPr>
                <w:sz w:val="20"/>
                <w:szCs w:val="20"/>
              </w:rPr>
              <w:t xml:space="preserve"> </w:t>
            </w:r>
            <w:proofErr w:type="spellStart"/>
            <w:r w:rsidR="00CE45B7">
              <w:rPr>
                <w:sz w:val="20"/>
                <w:szCs w:val="20"/>
              </w:rPr>
              <w:t>ze</w:t>
            </w:r>
            <w:proofErr w:type="spellEnd"/>
            <w:r w:rsidR="00CE45B7">
              <w:rPr>
                <w:sz w:val="20"/>
                <w:szCs w:val="20"/>
              </w:rPr>
              <w:t xml:space="preserve"> </w:t>
            </w:r>
            <w:proofErr w:type="spellStart"/>
            <w:r w:rsidR="00CE45B7">
              <w:rPr>
                <w:sz w:val="20"/>
                <w:szCs w:val="20"/>
              </w:rPr>
              <w:t>swoją</w:t>
            </w:r>
            <w:proofErr w:type="spellEnd"/>
            <w:r w:rsidR="00CE45B7">
              <w:rPr>
                <w:sz w:val="20"/>
                <w:szCs w:val="20"/>
              </w:rPr>
              <w:t xml:space="preserve"> </w:t>
            </w:r>
            <w:proofErr w:type="spellStart"/>
            <w:r w:rsidR="00CE45B7">
              <w:rPr>
                <w:sz w:val="20"/>
                <w:szCs w:val="20"/>
              </w:rPr>
              <w:t>okolicą</w:t>
            </w:r>
            <w:proofErr w:type="spellEnd"/>
            <w:r w:rsidR="00CE45B7">
              <w:rPr>
                <w:sz w:val="20"/>
                <w:szCs w:val="20"/>
              </w:rPr>
              <w:t xml:space="preserve">; </w:t>
            </w:r>
            <w:proofErr w:type="spellStart"/>
            <w:r w:rsidR="00CE45B7">
              <w:rPr>
                <w:sz w:val="20"/>
                <w:szCs w:val="20"/>
              </w:rPr>
              <w:t>potrafi</w:t>
            </w:r>
            <w:proofErr w:type="spellEnd"/>
            <w:r w:rsidR="001D4CBC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łączy</w:t>
            </w:r>
            <w:r w:rsidR="001D4CBC">
              <w:rPr>
                <w:sz w:val="20"/>
                <w:szCs w:val="20"/>
              </w:rPr>
              <w:t>ć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informacje</w:t>
            </w:r>
            <w:proofErr w:type="spellEnd"/>
            <w:r w:rsidR="001D4CBC">
              <w:rPr>
                <w:sz w:val="20"/>
                <w:szCs w:val="20"/>
              </w:rPr>
              <w:t xml:space="preserve">, </w:t>
            </w:r>
            <w:proofErr w:type="spellStart"/>
            <w:r w:rsidR="001D4CBC">
              <w:rPr>
                <w:sz w:val="20"/>
                <w:szCs w:val="20"/>
              </w:rPr>
              <w:t>aby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D4CBC">
              <w:rPr>
                <w:sz w:val="20"/>
                <w:szCs w:val="20"/>
              </w:rPr>
              <w:t>przedstawić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uporządkowaną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opowieść</w:t>
            </w:r>
            <w:proofErr w:type="spellEnd"/>
            <w:r w:rsidRPr="00021C32">
              <w:rPr>
                <w:sz w:val="20"/>
                <w:szCs w:val="20"/>
              </w:rPr>
              <w:t xml:space="preserve"> o </w:t>
            </w:r>
            <w:proofErr w:type="spellStart"/>
            <w:r w:rsidRPr="00021C32">
              <w:rPr>
                <w:sz w:val="20"/>
                <w:szCs w:val="20"/>
              </w:rPr>
              <w:t>wybranym</w:t>
            </w:r>
            <w:proofErr w:type="spellEnd"/>
            <w:r w:rsidRPr="00021C32">
              <w:rPr>
                <w:sz w:val="20"/>
                <w:szCs w:val="20"/>
              </w:rPr>
              <w:t xml:space="preserve"> miejscu, </w:t>
            </w:r>
            <w:proofErr w:type="spellStart"/>
            <w:r w:rsidRPr="00021C32">
              <w:rPr>
                <w:sz w:val="20"/>
                <w:szCs w:val="20"/>
              </w:rPr>
              <w:t>osobie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lub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tradycji</w:t>
            </w:r>
            <w:proofErr w:type="spellEnd"/>
            <w:r w:rsidR="00DC0618">
              <w:rPr>
                <w:sz w:val="20"/>
                <w:szCs w:val="20"/>
              </w:rPr>
              <w:t>;</w:t>
            </w:r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wyjaśnia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związek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pamięci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historycznej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DC0618" w:rsidRPr="00021C32">
              <w:rPr>
                <w:sz w:val="20"/>
                <w:szCs w:val="20"/>
              </w:rPr>
              <w:t>symboli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obchodów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rocznic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z </w:t>
            </w:r>
            <w:proofErr w:type="spellStart"/>
            <w:r w:rsidR="00DC0618" w:rsidRPr="00021C32">
              <w:rPr>
                <w:sz w:val="20"/>
                <w:szCs w:val="20"/>
              </w:rPr>
              <w:t>budowaniem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wspólnoty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po</w:t>
            </w:r>
            <w:r w:rsidR="00DC0618">
              <w:rPr>
                <w:sz w:val="20"/>
                <w:szCs w:val="20"/>
              </w:rPr>
              <w:t>daje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przykład</w:t>
            </w:r>
            <w:r w:rsidR="00DC0618">
              <w:rPr>
                <w:sz w:val="20"/>
                <w:szCs w:val="20"/>
              </w:rPr>
              <w:t>y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świąt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państwowych</w:t>
            </w:r>
            <w:proofErr w:type="spellEnd"/>
            <w:r w:rsidR="00DC0618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 w:rsidP="001D4CBC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4B3B6C">
              <w:rPr>
                <w:sz w:val="20"/>
                <w:szCs w:val="20"/>
              </w:rPr>
              <w:t>Uczeń</w:t>
            </w:r>
            <w:proofErr w:type="spellEnd"/>
            <w:r w:rsidR="004B3B6C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samodzielnie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dokumentuje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wybrany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ślad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historii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lokalnej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korzysta</w:t>
            </w:r>
            <w:proofErr w:type="spellEnd"/>
            <w:r w:rsidRPr="00021C32">
              <w:rPr>
                <w:sz w:val="20"/>
                <w:szCs w:val="20"/>
              </w:rPr>
              <w:t xml:space="preserve"> z </w:t>
            </w:r>
            <w:proofErr w:type="spellStart"/>
            <w:r w:rsidRPr="00021C32">
              <w:rPr>
                <w:sz w:val="20"/>
                <w:szCs w:val="20"/>
              </w:rPr>
              <w:t>kilku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źródeł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przedstawia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własne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wnioski</w:t>
            </w:r>
            <w:proofErr w:type="spellEnd"/>
            <w:r w:rsidR="00DC0618">
              <w:rPr>
                <w:sz w:val="20"/>
                <w:szCs w:val="20"/>
              </w:rPr>
              <w:t xml:space="preserve">; </w:t>
            </w:r>
            <w:proofErr w:type="spellStart"/>
            <w:r w:rsidR="00DC0618">
              <w:rPr>
                <w:sz w:val="20"/>
                <w:szCs w:val="20"/>
              </w:rPr>
              <w:t>wyjaśnia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znaczenie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symboli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państwowych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i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Unii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Europejskiej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dla</w:t>
            </w:r>
            <w:proofErr w:type="spellEnd"/>
            <w:r w:rsidR="00DC0618">
              <w:rPr>
                <w:sz w:val="20"/>
                <w:szCs w:val="20"/>
              </w:rPr>
              <w:t xml:space="preserve"> </w:t>
            </w:r>
            <w:proofErr w:type="spellStart"/>
            <w:r w:rsidR="00DC0618">
              <w:rPr>
                <w:sz w:val="20"/>
                <w:szCs w:val="20"/>
              </w:rPr>
              <w:t>Polaków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C0618" w:rsidRPr="00021C32">
              <w:rPr>
                <w:sz w:val="20"/>
                <w:szCs w:val="20"/>
              </w:rPr>
              <w:t>formułuje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uzasadnia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własną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opinię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o </w:t>
            </w:r>
            <w:proofErr w:type="spellStart"/>
            <w:r w:rsidR="00DC0618" w:rsidRPr="00021C32">
              <w:rPr>
                <w:sz w:val="20"/>
                <w:szCs w:val="20"/>
              </w:rPr>
              <w:t>sposobach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pielęgnowania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pamięci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i</w:t>
            </w:r>
            <w:proofErr w:type="spellEnd"/>
            <w:r w:rsidR="00DC0618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DC0618" w:rsidRPr="00021C32">
              <w:rPr>
                <w:sz w:val="20"/>
                <w:szCs w:val="20"/>
              </w:rPr>
              <w:t>tradycji</w:t>
            </w:r>
            <w:proofErr w:type="spellEnd"/>
            <w:r w:rsidR="00DC0618" w:rsidRPr="00021C32">
              <w:rPr>
                <w:sz w:val="20"/>
                <w:szCs w:val="20"/>
              </w:rPr>
              <w:t>.</w:t>
            </w:r>
          </w:p>
        </w:tc>
      </w:tr>
    </w:tbl>
    <w:p w:rsidR="00726902" w:rsidRPr="00D70697" w:rsidRDefault="00126BBB">
      <w:pPr>
        <w:pStyle w:val="Nagwek1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eastAsia="Times New Roman" w:hAnsi="Times New Roman" w:cs="Times New Roman"/>
          <w:sz w:val="22"/>
          <w:szCs w:val="20"/>
        </w:rPr>
        <w:t>III</w:t>
      </w:r>
      <w:r w:rsidR="002B62F6" w:rsidRPr="00D70697">
        <w:rPr>
          <w:rFonts w:ascii="Times New Roman" w:eastAsia="Times New Roman" w:hAnsi="Times New Roman" w:cs="Times New Roman"/>
          <w:sz w:val="22"/>
          <w:szCs w:val="20"/>
        </w:rPr>
        <w:t xml:space="preserve">. </w:t>
      </w:r>
      <w:proofErr w:type="spellStart"/>
      <w:r w:rsidR="00467FC1">
        <w:rPr>
          <w:rFonts w:ascii="Times New Roman" w:eastAsia="Times New Roman" w:hAnsi="Times New Roman" w:cs="Times New Roman"/>
          <w:sz w:val="22"/>
          <w:szCs w:val="20"/>
        </w:rPr>
        <w:t>Narodziny</w:t>
      </w:r>
      <w:proofErr w:type="spellEnd"/>
      <w:r w:rsidR="00467FC1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 w:rsidR="00467FC1">
        <w:rPr>
          <w:rFonts w:ascii="Times New Roman" w:eastAsia="Times New Roman" w:hAnsi="Times New Roman" w:cs="Times New Roman"/>
          <w:sz w:val="22"/>
          <w:szCs w:val="20"/>
        </w:rPr>
        <w:t>cywilizacji</w:t>
      </w:r>
      <w:proofErr w:type="spellEnd"/>
      <w:r w:rsidR="00467FC1"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</w:p>
    <w:tbl>
      <w:tblPr>
        <w:tblStyle w:val="Tabela-Siatka"/>
        <w:tblW w:w="0" w:type="auto"/>
        <w:jc w:val="center"/>
        <w:tblLook w:val="04A0"/>
      </w:tblPr>
      <w:tblGrid>
        <w:gridCol w:w="2153"/>
        <w:gridCol w:w="2153"/>
        <w:gridCol w:w="2153"/>
        <w:gridCol w:w="2153"/>
        <w:gridCol w:w="2153"/>
      </w:tblGrid>
      <w:tr w:rsidR="00726902" w:rsidRPr="00021C32">
        <w:trPr>
          <w:cantSplit/>
          <w:tblHeader/>
          <w:jc w:val="center"/>
        </w:trPr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celująca</w:t>
            </w:r>
          </w:p>
        </w:tc>
      </w:tr>
      <w:tr w:rsidR="00726902" w:rsidRPr="00021C32">
        <w:trPr>
          <w:cantSplit/>
          <w:jc w:val="center"/>
        </w:trPr>
        <w:tc>
          <w:tcPr>
            <w:tcW w:w="2153" w:type="dxa"/>
          </w:tcPr>
          <w:p w:rsidR="00726902" w:rsidRPr="00021C32" w:rsidRDefault="002B62F6" w:rsidP="0050418B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0B43D4">
              <w:rPr>
                <w:sz w:val="20"/>
                <w:szCs w:val="20"/>
              </w:rPr>
              <w:t>Uczeń</w:t>
            </w:r>
            <w:proofErr w:type="spellEnd"/>
            <w:r w:rsidR="000B43D4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rozróżnia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k</w:t>
            </w:r>
            <w:r w:rsidR="0050418B">
              <w:rPr>
                <w:sz w:val="20"/>
                <w:szCs w:val="20"/>
              </w:rPr>
              <w:t>oczowniczy</w:t>
            </w:r>
            <w:proofErr w:type="spellEnd"/>
            <w:r w:rsidR="0050418B">
              <w:rPr>
                <w:sz w:val="20"/>
                <w:szCs w:val="20"/>
              </w:rPr>
              <w:t xml:space="preserve"> </w:t>
            </w:r>
            <w:proofErr w:type="spellStart"/>
            <w:r w:rsidR="0050418B">
              <w:rPr>
                <w:sz w:val="20"/>
                <w:szCs w:val="20"/>
              </w:rPr>
              <w:t>i</w:t>
            </w:r>
            <w:proofErr w:type="spellEnd"/>
            <w:r w:rsidR="0050418B">
              <w:rPr>
                <w:sz w:val="20"/>
                <w:szCs w:val="20"/>
              </w:rPr>
              <w:t xml:space="preserve"> </w:t>
            </w:r>
            <w:proofErr w:type="spellStart"/>
            <w:r w:rsidR="0050418B">
              <w:rPr>
                <w:sz w:val="20"/>
                <w:szCs w:val="20"/>
              </w:rPr>
              <w:t>osiadły</w:t>
            </w:r>
            <w:proofErr w:type="spellEnd"/>
            <w:r w:rsidR="0050418B">
              <w:rPr>
                <w:sz w:val="20"/>
                <w:szCs w:val="20"/>
              </w:rPr>
              <w:t xml:space="preserve"> </w:t>
            </w:r>
            <w:proofErr w:type="spellStart"/>
            <w:r w:rsidR="0050418B">
              <w:rPr>
                <w:sz w:val="20"/>
                <w:szCs w:val="20"/>
              </w:rPr>
              <w:t>tryb</w:t>
            </w:r>
            <w:proofErr w:type="spellEnd"/>
            <w:r w:rsidR="0050418B">
              <w:rPr>
                <w:sz w:val="20"/>
                <w:szCs w:val="20"/>
              </w:rPr>
              <w:t xml:space="preserve"> </w:t>
            </w:r>
            <w:proofErr w:type="spellStart"/>
            <w:r w:rsidR="0050418B">
              <w:rPr>
                <w:sz w:val="20"/>
                <w:szCs w:val="20"/>
              </w:rPr>
              <w:t>życia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rozpoznaje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pojęcia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faraon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piramida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hieroglify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0B43D4">
              <w:rPr>
                <w:sz w:val="20"/>
                <w:szCs w:val="20"/>
              </w:rPr>
              <w:t>Uczeń</w:t>
            </w:r>
            <w:proofErr w:type="spellEnd"/>
            <w:r w:rsidR="000B43D4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opisuje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podstawowe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zmiany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rewolucji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neolitycznej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przedstawia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kilka</w:t>
            </w:r>
            <w:proofErr w:type="spellEnd"/>
            <w:r w:rsidRPr="00021C32">
              <w:rPr>
                <w:sz w:val="20"/>
                <w:szCs w:val="20"/>
              </w:rPr>
              <w:t xml:space="preserve"> cech życia w starożytnym Egipcie; wyjaśnia, do czego służyło pismo.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0B43D4">
              <w:rPr>
                <w:sz w:val="20"/>
                <w:szCs w:val="20"/>
              </w:rPr>
              <w:t>Uczeń:</w:t>
            </w:r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wpływ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warunków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naturalnych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przejście</w:t>
            </w:r>
            <w:proofErr w:type="spellEnd"/>
            <w:r w:rsidRPr="00021C32">
              <w:rPr>
                <w:sz w:val="20"/>
                <w:szCs w:val="20"/>
              </w:rPr>
              <w:t xml:space="preserve"> do </w:t>
            </w:r>
            <w:proofErr w:type="spellStart"/>
            <w:r w:rsidRPr="00021C32">
              <w:rPr>
                <w:sz w:val="20"/>
                <w:szCs w:val="20"/>
              </w:rPr>
              <w:t>osiadłego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trybu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życia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przedstawia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osiągnięcia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Egipcjan</w:t>
            </w:r>
            <w:proofErr w:type="spellEnd"/>
            <w:r w:rsidRPr="00021C32">
              <w:rPr>
                <w:sz w:val="20"/>
                <w:szCs w:val="20"/>
              </w:rPr>
              <w:t xml:space="preserve"> w </w:t>
            </w:r>
            <w:proofErr w:type="spellStart"/>
            <w:r w:rsidRPr="00021C32">
              <w:rPr>
                <w:sz w:val="20"/>
                <w:szCs w:val="20"/>
              </w:rPr>
              <w:t>matematy</w:t>
            </w:r>
            <w:r w:rsidR="0050418B">
              <w:rPr>
                <w:sz w:val="20"/>
                <w:szCs w:val="20"/>
              </w:rPr>
              <w:t>ce</w:t>
            </w:r>
            <w:proofErr w:type="spellEnd"/>
            <w:r w:rsidR="0050418B">
              <w:rPr>
                <w:sz w:val="20"/>
                <w:szCs w:val="20"/>
              </w:rPr>
              <w:t xml:space="preserve">, </w:t>
            </w:r>
            <w:proofErr w:type="spellStart"/>
            <w:r w:rsidR="0050418B">
              <w:rPr>
                <w:sz w:val="20"/>
                <w:szCs w:val="20"/>
              </w:rPr>
              <w:t>astronomii</w:t>
            </w:r>
            <w:proofErr w:type="spellEnd"/>
            <w:r w:rsidR="0050418B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medycynie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 w:rsidP="001346B4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0B43D4">
              <w:rPr>
                <w:sz w:val="20"/>
                <w:szCs w:val="20"/>
              </w:rPr>
              <w:t>Uczeń</w:t>
            </w:r>
            <w:proofErr w:type="spellEnd"/>
            <w:r w:rsidR="000B43D4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znaczenie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rewolucji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neolitycznej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pisma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dla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rozwoju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cywilizacji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1346B4">
              <w:rPr>
                <w:sz w:val="20"/>
                <w:szCs w:val="20"/>
              </w:rPr>
              <w:t>zna</w:t>
            </w:r>
            <w:proofErr w:type="spellEnd"/>
            <w:r w:rsidR="001346B4">
              <w:rPr>
                <w:sz w:val="20"/>
                <w:szCs w:val="20"/>
              </w:rPr>
              <w:t xml:space="preserve"> </w:t>
            </w:r>
            <w:proofErr w:type="spellStart"/>
            <w:r w:rsidR="001346B4">
              <w:rPr>
                <w:sz w:val="20"/>
                <w:szCs w:val="20"/>
              </w:rPr>
              <w:t>terminy</w:t>
            </w:r>
            <w:proofErr w:type="spellEnd"/>
            <w:r w:rsidR="001346B4">
              <w:rPr>
                <w:sz w:val="20"/>
                <w:szCs w:val="20"/>
              </w:rPr>
              <w:t xml:space="preserve"> </w:t>
            </w:r>
            <w:proofErr w:type="spellStart"/>
            <w:r w:rsidR="001346B4">
              <w:rPr>
                <w:sz w:val="20"/>
                <w:szCs w:val="20"/>
              </w:rPr>
              <w:t>politeizm</w:t>
            </w:r>
            <w:proofErr w:type="spellEnd"/>
            <w:r w:rsidR="001346B4">
              <w:rPr>
                <w:sz w:val="20"/>
                <w:szCs w:val="20"/>
              </w:rPr>
              <w:t xml:space="preserve">, </w:t>
            </w:r>
            <w:proofErr w:type="spellStart"/>
            <w:r w:rsidR="001346B4">
              <w:rPr>
                <w:sz w:val="20"/>
                <w:szCs w:val="20"/>
              </w:rPr>
              <w:t>życie</w:t>
            </w:r>
            <w:proofErr w:type="spellEnd"/>
            <w:r w:rsidR="001346B4">
              <w:rPr>
                <w:sz w:val="20"/>
                <w:szCs w:val="20"/>
              </w:rPr>
              <w:t xml:space="preserve"> </w:t>
            </w:r>
            <w:proofErr w:type="spellStart"/>
            <w:r w:rsidR="001346B4">
              <w:rPr>
                <w:sz w:val="20"/>
                <w:szCs w:val="20"/>
              </w:rPr>
              <w:t>pozagrobowe</w:t>
            </w:r>
            <w:proofErr w:type="spellEnd"/>
          </w:p>
        </w:tc>
        <w:tc>
          <w:tcPr>
            <w:tcW w:w="2153" w:type="dxa"/>
          </w:tcPr>
          <w:p w:rsidR="00726902" w:rsidRPr="00021C32" w:rsidRDefault="002B62F6" w:rsidP="009C1D6A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0B43D4">
              <w:rPr>
                <w:sz w:val="20"/>
                <w:szCs w:val="20"/>
              </w:rPr>
              <w:t>Uczyń</w:t>
            </w:r>
            <w:proofErr w:type="spellEnd"/>
            <w:r w:rsidR="000B43D4">
              <w:rPr>
                <w:sz w:val="20"/>
                <w:szCs w:val="20"/>
              </w:rPr>
              <w:t xml:space="preserve">: </w:t>
            </w:r>
            <w:proofErr w:type="spellStart"/>
            <w:r w:rsidR="00D416F9">
              <w:rPr>
                <w:sz w:val="20"/>
                <w:szCs w:val="20"/>
              </w:rPr>
              <w:t>ocenia</w:t>
            </w:r>
            <w:proofErr w:type="spellEnd"/>
            <w:r w:rsidR="00D416F9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znaczenie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5D4B6E">
              <w:rPr>
                <w:sz w:val="20"/>
                <w:szCs w:val="20"/>
              </w:rPr>
              <w:t>pisma</w:t>
            </w:r>
            <w:proofErr w:type="spellEnd"/>
            <w:r w:rsidR="005D4B6E">
              <w:rPr>
                <w:sz w:val="20"/>
                <w:szCs w:val="20"/>
              </w:rPr>
              <w:t xml:space="preserve"> w </w:t>
            </w:r>
            <w:proofErr w:type="spellStart"/>
            <w:r w:rsidR="005D4B6E">
              <w:rPr>
                <w:sz w:val="20"/>
                <w:szCs w:val="20"/>
              </w:rPr>
              <w:t>życiu</w:t>
            </w:r>
            <w:proofErr w:type="spellEnd"/>
            <w:r w:rsidR="005D4B6E">
              <w:rPr>
                <w:sz w:val="20"/>
                <w:szCs w:val="20"/>
              </w:rPr>
              <w:t xml:space="preserve"> </w:t>
            </w:r>
            <w:proofErr w:type="spellStart"/>
            <w:r w:rsidR="005D4B6E">
              <w:rPr>
                <w:sz w:val="20"/>
                <w:szCs w:val="20"/>
              </w:rPr>
              <w:t>współczesnego</w:t>
            </w:r>
            <w:proofErr w:type="spellEnd"/>
            <w:r w:rsidR="005D4B6E">
              <w:rPr>
                <w:sz w:val="20"/>
                <w:szCs w:val="20"/>
              </w:rPr>
              <w:t xml:space="preserve"> </w:t>
            </w:r>
            <w:proofErr w:type="spellStart"/>
            <w:r w:rsidR="005D4B6E">
              <w:rPr>
                <w:sz w:val="20"/>
                <w:szCs w:val="20"/>
              </w:rPr>
              <w:t>człowieka</w:t>
            </w:r>
            <w:proofErr w:type="spellEnd"/>
            <w:r w:rsidR="005D4B6E">
              <w:rPr>
                <w:sz w:val="20"/>
                <w:szCs w:val="20"/>
              </w:rPr>
              <w:t xml:space="preserve">; </w:t>
            </w:r>
            <w:proofErr w:type="spellStart"/>
            <w:r w:rsidR="00803E85">
              <w:rPr>
                <w:sz w:val="20"/>
                <w:szCs w:val="20"/>
              </w:rPr>
              <w:t>przedstawia</w:t>
            </w:r>
            <w:proofErr w:type="spellEnd"/>
            <w:r w:rsidR="00803E85">
              <w:rPr>
                <w:sz w:val="20"/>
                <w:szCs w:val="20"/>
              </w:rPr>
              <w:t xml:space="preserve"> </w:t>
            </w:r>
            <w:proofErr w:type="spellStart"/>
            <w:r w:rsidR="00803E85">
              <w:rPr>
                <w:sz w:val="20"/>
                <w:szCs w:val="20"/>
              </w:rPr>
              <w:t>wpływ</w:t>
            </w:r>
            <w:proofErr w:type="spellEnd"/>
            <w:r w:rsidR="00803E85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wybranych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osiągnięć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cywilizacji</w:t>
            </w:r>
            <w:proofErr w:type="spellEnd"/>
            <w:r w:rsidR="00803E85">
              <w:rPr>
                <w:sz w:val="20"/>
                <w:szCs w:val="20"/>
              </w:rPr>
              <w:t xml:space="preserve"> </w:t>
            </w:r>
            <w:proofErr w:type="spellStart"/>
            <w:r w:rsidR="00803E85">
              <w:rPr>
                <w:sz w:val="20"/>
                <w:szCs w:val="20"/>
              </w:rPr>
              <w:t>egipskiej</w:t>
            </w:r>
            <w:proofErr w:type="spellEnd"/>
            <w:r w:rsidR="00803E85">
              <w:rPr>
                <w:sz w:val="20"/>
                <w:szCs w:val="20"/>
              </w:rPr>
              <w:t xml:space="preserve"> </w:t>
            </w:r>
            <w:proofErr w:type="spellStart"/>
            <w:r w:rsidR="009C1D6A">
              <w:rPr>
                <w:sz w:val="20"/>
                <w:szCs w:val="20"/>
              </w:rPr>
              <w:t>na</w:t>
            </w:r>
            <w:proofErr w:type="spellEnd"/>
            <w:r w:rsidR="009C1D6A">
              <w:rPr>
                <w:sz w:val="20"/>
                <w:szCs w:val="20"/>
              </w:rPr>
              <w:t xml:space="preserve"> </w:t>
            </w:r>
            <w:proofErr w:type="spellStart"/>
            <w:r w:rsidR="009C1D6A">
              <w:rPr>
                <w:sz w:val="20"/>
                <w:szCs w:val="20"/>
              </w:rPr>
              <w:t>współczesną</w:t>
            </w:r>
            <w:proofErr w:type="spellEnd"/>
            <w:r w:rsidR="009C1D6A">
              <w:rPr>
                <w:sz w:val="20"/>
                <w:szCs w:val="20"/>
              </w:rPr>
              <w:t xml:space="preserve"> </w:t>
            </w:r>
            <w:proofErr w:type="spellStart"/>
            <w:r w:rsidR="009C1D6A">
              <w:rPr>
                <w:sz w:val="20"/>
                <w:szCs w:val="20"/>
              </w:rPr>
              <w:t>Europę</w:t>
            </w:r>
            <w:proofErr w:type="spellEnd"/>
            <w:r w:rsidR="009C1D6A">
              <w:rPr>
                <w:sz w:val="20"/>
                <w:szCs w:val="20"/>
              </w:rPr>
              <w:t xml:space="preserve">. </w:t>
            </w:r>
          </w:p>
        </w:tc>
      </w:tr>
    </w:tbl>
    <w:p w:rsidR="000417C5" w:rsidRDefault="00DD037A">
      <w:pPr>
        <w:pStyle w:val="Nagwek1"/>
        <w:rPr>
          <w:rFonts w:ascii="Times New Roman" w:eastAsia="Times New Roman" w:hAnsi="Times New Roman" w:cs="Times New Roman"/>
          <w:sz w:val="22"/>
          <w:szCs w:val="20"/>
        </w:rPr>
      </w:pPr>
      <w:r>
        <w:rPr>
          <w:rFonts w:ascii="Times New Roman" w:eastAsia="Times New Roman" w:hAnsi="Times New Roman" w:cs="Times New Roman"/>
          <w:sz w:val="22"/>
          <w:szCs w:val="20"/>
        </w:rPr>
        <w:lastRenderedPageBreak/>
        <w:t>I</w:t>
      </w:r>
      <w:r w:rsidR="00126BBB">
        <w:rPr>
          <w:rFonts w:ascii="Times New Roman" w:eastAsia="Times New Roman" w:hAnsi="Times New Roman" w:cs="Times New Roman"/>
          <w:sz w:val="22"/>
          <w:szCs w:val="20"/>
        </w:rPr>
        <w:t>V</w:t>
      </w:r>
      <w:r>
        <w:rPr>
          <w:rFonts w:ascii="Times New Roman" w:eastAsia="Times New Roman" w:hAnsi="Times New Roman" w:cs="Times New Roman"/>
          <w:sz w:val="22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2"/>
          <w:szCs w:val="20"/>
        </w:rPr>
        <w:t>Dziedzictwo</w:t>
      </w:r>
      <w:proofErr w:type="spellEnd"/>
      <w:r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0"/>
        </w:rPr>
        <w:t>starożytnej</w:t>
      </w:r>
      <w:proofErr w:type="spellEnd"/>
      <w:r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0"/>
        </w:rPr>
        <w:t>Grecji</w:t>
      </w:r>
      <w:proofErr w:type="spellEnd"/>
      <w:r>
        <w:rPr>
          <w:rFonts w:ascii="Times New Roman" w:eastAsia="Times New Roman" w:hAnsi="Times New Roman" w:cs="Times New Roman"/>
          <w:sz w:val="22"/>
          <w:szCs w:val="20"/>
        </w:rPr>
        <w:t xml:space="preserve"> </w:t>
      </w:r>
    </w:p>
    <w:tbl>
      <w:tblPr>
        <w:tblStyle w:val="Tabela-Siatka"/>
        <w:tblW w:w="0" w:type="auto"/>
        <w:jc w:val="center"/>
        <w:tblLook w:val="04A0"/>
      </w:tblPr>
      <w:tblGrid>
        <w:gridCol w:w="2153"/>
        <w:gridCol w:w="2153"/>
        <w:gridCol w:w="2153"/>
        <w:gridCol w:w="2153"/>
        <w:gridCol w:w="2153"/>
      </w:tblGrid>
      <w:tr w:rsidR="00726902" w:rsidRPr="00021C32">
        <w:trPr>
          <w:cantSplit/>
          <w:jc w:val="center"/>
        </w:trPr>
        <w:tc>
          <w:tcPr>
            <w:tcW w:w="2153" w:type="dxa"/>
          </w:tcPr>
          <w:p w:rsidR="00726902" w:rsidRPr="00021C32" w:rsidRDefault="002B62F6" w:rsidP="00DA3127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0B43D4">
              <w:rPr>
                <w:sz w:val="20"/>
                <w:szCs w:val="20"/>
              </w:rPr>
              <w:t>Uczeń</w:t>
            </w:r>
            <w:proofErr w:type="spellEnd"/>
            <w:r w:rsidR="000B43D4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wskazuje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Grecję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mapie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DA3127">
              <w:rPr>
                <w:sz w:val="20"/>
                <w:szCs w:val="20"/>
              </w:rPr>
              <w:t>zna</w:t>
            </w:r>
            <w:proofErr w:type="spellEnd"/>
            <w:r w:rsidR="00DA3127">
              <w:rPr>
                <w:sz w:val="20"/>
                <w:szCs w:val="20"/>
              </w:rPr>
              <w:t xml:space="preserve"> </w:t>
            </w:r>
            <w:proofErr w:type="spellStart"/>
            <w:r w:rsidR="00DA3127">
              <w:rPr>
                <w:sz w:val="20"/>
                <w:szCs w:val="20"/>
              </w:rPr>
              <w:t>pojęcia</w:t>
            </w:r>
            <w:proofErr w:type="spellEnd"/>
            <w:r w:rsidR="00DA3127">
              <w:rPr>
                <w:sz w:val="20"/>
                <w:szCs w:val="20"/>
              </w:rPr>
              <w:t xml:space="preserve"> polis </w:t>
            </w:r>
            <w:proofErr w:type="spellStart"/>
            <w:r w:rsidR="00DA3127">
              <w:rPr>
                <w:sz w:val="20"/>
                <w:szCs w:val="20"/>
              </w:rPr>
              <w:t>i</w:t>
            </w:r>
            <w:proofErr w:type="spellEnd"/>
            <w:r w:rsidR="00DA3127">
              <w:rPr>
                <w:sz w:val="20"/>
                <w:szCs w:val="20"/>
              </w:rPr>
              <w:t xml:space="preserve"> </w:t>
            </w:r>
            <w:proofErr w:type="spellStart"/>
            <w:r w:rsidR="001938A5">
              <w:rPr>
                <w:sz w:val="20"/>
                <w:szCs w:val="20"/>
              </w:rPr>
              <w:t>demokracja</w:t>
            </w:r>
            <w:proofErr w:type="spellEnd"/>
            <w:r w:rsidR="001938A5">
              <w:rPr>
                <w:sz w:val="20"/>
                <w:szCs w:val="20"/>
              </w:rPr>
              <w:t xml:space="preserve">, </w:t>
            </w:r>
            <w:proofErr w:type="spellStart"/>
            <w:r w:rsidR="001938A5">
              <w:rPr>
                <w:sz w:val="20"/>
                <w:szCs w:val="20"/>
              </w:rPr>
              <w:t>igrzyska</w:t>
            </w:r>
            <w:proofErr w:type="spellEnd"/>
            <w:r w:rsidR="001938A5">
              <w:rPr>
                <w:sz w:val="20"/>
                <w:szCs w:val="20"/>
              </w:rPr>
              <w:t xml:space="preserve"> </w:t>
            </w:r>
            <w:proofErr w:type="spellStart"/>
            <w:r w:rsidR="001938A5">
              <w:rPr>
                <w:sz w:val="20"/>
                <w:szCs w:val="20"/>
              </w:rPr>
              <w:t>olimpijskie</w:t>
            </w:r>
            <w:proofErr w:type="spellEnd"/>
            <w:r w:rsidR="00DA312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53" w:type="dxa"/>
          </w:tcPr>
          <w:p w:rsidR="00726902" w:rsidRPr="00021C32" w:rsidRDefault="00925576" w:rsidP="00925576">
            <w:pPr>
              <w:spacing w:after="20"/>
              <w:ind w:left="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opisuje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społeczeństwo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ateńskiej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polis; </w:t>
            </w:r>
            <w:proofErr w:type="spellStart"/>
            <w:r w:rsidR="002B62F6" w:rsidRPr="00021C32">
              <w:rPr>
                <w:sz w:val="20"/>
                <w:szCs w:val="20"/>
              </w:rPr>
              <w:t>wyjaśnia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2B62F6" w:rsidRPr="00021C32">
              <w:rPr>
                <w:sz w:val="20"/>
                <w:szCs w:val="20"/>
              </w:rPr>
              <w:t>kim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był</w:t>
            </w:r>
            <w:proofErr w:type="spellEnd"/>
            <w:r w:rsidR="002B62F6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2B62F6" w:rsidRPr="00021C32">
              <w:rPr>
                <w:sz w:val="20"/>
                <w:szCs w:val="20"/>
              </w:rPr>
              <w:t>obywatel</w:t>
            </w:r>
            <w:proofErr w:type="spellEnd"/>
            <w:r w:rsidR="002B62F6" w:rsidRPr="00021C32">
              <w:rPr>
                <w:sz w:val="20"/>
                <w:szCs w:val="20"/>
              </w:rPr>
              <w:t>; wymienia przykłady osiągnięć Greków.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wpływ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warunków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naturalnych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życie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Greków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posługuje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się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pojęciami</w:t>
            </w:r>
            <w:proofErr w:type="spellEnd"/>
            <w:r w:rsidRPr="00021C32">
              <w:rPr>
                <w:sz w:val="20"/>
                <w:szCs w:val="20"/>
              </w:rPr>
              <w:t xml:space="preserve"> agora, </w:t>
            </w:r>
            <w:proofErr w:type="spellStart"/>
            <w:r w:rsidRPr="00021C32">
              <w:rPr>
                <w:sz w:val="20"/>
                <w:szCs w:val="20"/>
              </w:rPr>
              <w:t>Akropol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demokracja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miasto-państwo</w:t>
            </w:r>
            <w:proofErr w:type="spellEnd"/>
            <w:r w:rsidRPr="00021C32">
              <w:rPr>
                <w:sz w:val="20"/>
                <w:szCs w:val="20"/>
              </w:rPr>
              <w:t xml:space="preserve">; </w:t>
            </w:r>
            <w:proofErr w:type="spellStart"/>
            <w:r w:rsidRPr="00021C32">
              <w:rPr>
                <w:sz w:val="20"/>
                <w:szCs w:val="20"/>
              </w:rPr>
              <w:t>ch</w:t>
            </w:r>
            <w:r w:rsidR="00FC46D1">
              <w:rPr>
                <w:sz w:val="20"/>
                <w:szCs w:val="20"/>
              </w:rPr>
              <w:t>arakteryzuje</w:t>
            </w:r>
            <w:proofErr w:type="spellEnd"/>
            <w:r w:rsidR="00FC46D1">
              <w:rPr>
                <w:sz w:val="20"/>
                <w:szCs w:val="20"/>
              </w:rPr>
              <w:t xml:space="preserve"> </w:t>
            </w:r>
            <w:proofErr w:type="spellStart"/>
            <w:r w:rsidR="00FC46D1">
              <w:rPr>
                <w:sz w:val="20"/>
                <w:szCs w:val="20"/>
              </w:rPr>
              <w:t>wybrane</w:t>
            </w:r>
            <w:proofErr w:type="spellEnd"/>
            <w:r w:rsidR="00FC46D1">
              <w:rPr>
                <w:sz w:val="20"/>
                <w:szCs w:val="20"/>
              </w:rPr>
              <w:t xml:space="preserve"> </w:t>
            </w:r>
            <w:proofErr w:type="spellStart"/>
            <w:r w:rsidR="00FC46D1">
              <w:rPr>
                <w:sz w:val="20"/>
                <w:szCs w:val="20"/>
              </w:rPr>
              <w:t>osiągnięcie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 w:rsidP="008B2267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znaczenie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demokracji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filozofii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teatru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mitologii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igrzysk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dla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kultury</w:t>
            </w:r>
            <w:proofErr w:type="spellEnd"/>
            <w:r w:rsidR="007E1106">
              <w:rPr>
                <w:sz w:val="20"/>
                <w:szCs w:val="20"/>
              </w:rPr>
              <w:t xml:space="preserve"> </w:t>
            </w:r>
            <w:proofErr w:type="spellStart"/>
            <w:r w:rsidR="007E1106">
              <w:rPr>
                <w:sz w:val="20"/>
                <w:szCs w:val="20"/>
              </w:rPr>
              <w:t>europejskiej</w:t>
            </w:r>
            <w:proofErr w:type="spellEnd"/>
            <w:r w:rsidR="007E1106">
              <w:rPr>
                <w:sz w:val="20"/>
                <w:szCs w:val="20"/>
              </w:rPr>
              <w:t xml:space="preserve">; </w:t>
            </w:r>
            <w:proofErr w:type="spellStart"/>
            <w:r w:rsidR="008B2267">
              <w:rPr>
                <w:sz w:val="20"/>
                <w:szCs w:val="20"/>
              </w:rPr>
              <w:t>wskazuje</w:t>
            </w:r>
            <w:proofErr w:type="spellEnd"/>
            <w:r w:rsidR="008B2267">
              <w:rPr>
                <w:sz w:val="20"/>
                <w:szCs w:val="20"/>
              </w:rPr>
              <w:t xml:space="preserve">  </w:t>
            </w:r>
            <w:proofErr w:type="spellStart"/>
            <w:r w:rsidR="00FC46D1">
              <w:rPr>
                <w:sz w:val="20"/>
                <w:szCs w:val="20"/>
              </w:rPr>
              <w:t>na</w:t>
            </w:r>
            <w:proofErr w:type="spellEnd"/>
            <w:r w:rsidR="00FC46D1">
              <w:rPr>
                <w:sz w:val="20"/>
                <w:szCs w:val="20"/>
              </w:rPr>
              <w:t xml:space="preserve"> </w:t>
            </w:r>
            <w:proofErr w:type="spellStart"/>
            <w:r w:rsidR="00FC46D1">
              <w:rPr>
                <w:sz w:val="20"/>
                <w:szCs w:val="20"/>
              </w:rPr>
              <w:t>mapie</w:t>
            </w:r>
            <w:proofErr w:type="spellEnd"/>
            <w:r w:rsidR="008B2267">
              <w:rPr>
                <w:sz w:val="20"/>
                <w:szCs w:val="20"/>
              </w:rPr>
              <w:t xml:space="preserve"> </w:t>
            </w:r>
            <w:proofErr w:type="spellStart"/>
            <w:r w:rsidR="008B2267">
              <w:rPr>
                <w:sz w:val="20"/>
                <w:szCs w:val="20"/>
              </w:rPr>
              <w:t>zasięg</w:t>
            </w:r>
            <w:proofErr w:type="spellEnd"/>
            <w:r w:rsidR="008B2267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cywilizacji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greckiej</w:t>
            </w:r>
            <w:proofErr w:type="spellEnd"/>
            <w:r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porównuje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wybrane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elementy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świata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greckiego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ze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współczesnością</w:t>
            </w:r>
            <w:proofErr w:type="spellEnd"/>
            <w:r w:rsidRPr="00021C32">
              <w:rPr>
                <w:sz w:val="20"/>
                <w:szCs w:val="20"/>
              </w:rPr>
              <w:t xml:space="preserve"> i formułuje uzasadnioną ocenę ich dziedzictwa.</w:t>
            </w:r>
          </w:p>
        </w:tc>
      </w:tr>
    </w:tbl>
    <w:p w:rsidR="00726902" w:rsidRPr="00925576" w:rsidRDefault="00126BBB">
      <w:pPr>
        <w:pStyle w:val="Nagwek1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eastAsia="Times New Roman" w:hAnsi="Times New Roman" w:cs="Times New Roman"/>
          <w:sz w:val="22"/>
          <w:szCs w:val="20"/>
        </w:rPr>
        <w:t>V</w:t>
      </w:r>
      <w:r w:rsidR="002B62F6" w:rsidRPr="00925576">
        <w:rPr>
          <w:rFonts w:ascii="Times New Roman" w:eastAsia="Times New Roman" w:hAnsi="Times New Roman" w:cs="Times New Roman"/>
          <w:sz w:val="22"/>
          <w:szCs w:val="20"/>
        </w:rPr>
        <w:t>. Dziedzictwo starożytnego Rzymu</w:t>
      </w:r>
    </w:p>
    <w:tbl>
      <w:tblPr>
        <w:tblStyle w:val="Tabela-Siatka"/>
        <w:tblW w:w="0" w:type="auto"/>
        <w:jc w:val="center"/>
        <w:tblLook w:val="04A0"/>
      </w:tblPr>
      <w:tblGrid>
        <w:gridCol w:w="2153"/>
        <w:gridCol w:w="2153"/>
        <w:gridCol w:w="2153"/>
        <w:gridCol w:w="2153"/>
        <w:gridCol w:w="2153"/>
      </w:tblGrid>
      <w:tr w:rsidR="00726902" w:rsidRPr="00021C32">
        <w:trPr>
          <w:cantSplit/>
          <w:tblHeader/>
          <w:jc w:val="center"/>
        </w:trPr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53" w:type="dxa"/>
            <w:shd w:val="clear" w:color="auto" w:fill="D9EAF7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b/>
                <w:sz w:val="20"/>
                <w:szCs w:val="20"/>
              </w:rPr>
              <w:t>celująca</w:t>
            </w:r>
          </w:p>
        </w:tc>
      </w:tr>
      <w:tr w:rsidR="00726902" w:rsidRPr="00021C32">
        <w:trPr>
          <w:cantSplit/>
          <w:jc w:val="center"/>
        </w:trPr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>•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>:</w:t>
            </w:r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wskazuje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Rzym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mapie; zna pojęcia obywatel, niewolnik, cesarstwo; </w:t>
            </w:r>
            <w:proofErr w:type="spellStart"/>
            <w:r w:rsidRPr="00021C32">
              <w:rPr>
                <w:sz w:val="20"/>
                <w:szCs w:val="20"/>
              </w:rPr>
              <w:t>rozpoznaje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wybrane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budowle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rzymskie</w:t>
            </w:r>
            <w:proofErr w:type="spellEnd"/>
            <w:r w:rsidR="00126BBB">
              <w:rPr>
                <w:sz w:val="20"/>
                <w:szCs w:val="20"/>
              </w:rPr>
              <w:t xml:space="preserve">; </w:t>
            </w:r>
            <w:proofErr w:type="spellStart"/>
            <w:r w:rsidR="00126BBB" w:rsidRPr="00021C32">
              <w:rPr>
                <w:sz w:val="20"/>
                <w:szCs w:val="20"/>
              </w:rPr>
              <w:t>wie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126BBB" w:rsidRPr="00021C32">
              <w:rPr>
                <w:sz w:val="20"/>
                <w:szCs w:val="20"/>
              </w:rPr>
              <w:t>że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chrześcijaństwo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narodziło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się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w </w:t>
            </w:r>
            <w:proofErr w:type="spellStart"/>
            <w:r w:rsidR="00126BBB" w:rsidRPr="00021C32">
              <w:rPr>
                <w:sz w:val="20"/>
                <w:szCs w:val="20"/>
              </w:rPr>
              <w:t>starożytności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126BBB" w:rsidRPr="00021C32">
              <w:rPr>
                <w:sz w:val="20"/>
                <w:szCs w:val="20"/>
              </w:rPr>
              <w:t>zna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pojęcia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Jezus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126BBB" w:rsidRPr="00021C32">
              <w:rPr>
                <w:sz w:val="20"/>
                <w:szCs w:val="20"/>
              </w:rPr>
              <w:t>chrześcijaństwo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126BBB" w:rsidRPr="00021C32">
              <w:rPr>
                <w:sz w:val="20"/>
                <w:szCs w:val="20"/>
              </w:rPr>
              <w:t>monoteizm</w:t>
            </w:r>
            <w:proofErr w:type="spellEnd"/>
            <w:r w:rsidR="00126BBB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>•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>:</w:t>
            </w:r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opisuje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podstawowe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grupy</w:t>
            </w:r>
            <w:proofErr w:type="spellEnd"/>
            <w:r w:rsidRPr="00021C32">
              <w:rPr>
                <w:sz w:val="20"/>
                <w:szCs w:val="20"/>
              </w:rPr>
              <w:t xml:space="preserve"> społeczne Rzymu; wymienia przykłady osiągnięć Rzymian, np. </w:t>
            </w:r>
            <w:proofErr w:type="spellStart"/>
            <w:r w:rsidRPr="00021C32">
              <w:rPr>
                <w:sz w:val="20"/>
                <w:szCs w:val="20"/>
              </w:rPr>
              <w:t>drogi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akwedukty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prawo</w:t>
            </w:r>
            <w:proofErr w:type="spellEnd"/>
            <w:r w:rsidR="00126BBB">
              <w:rPr>
                <w:sz w:val="20"/>
                <w:szCs w:val="20"/>
              </w:rPr>
              <w:t xml:space="preserve">; </w:t>
            </w:r>
            <w:proofErr w:type="spellStart"/>
            <w:r w:rsidR="00126BBB" w:rsidRPr="00021C32">
              <w:rPr>
                <w:sz w:val="20"/>
                <w:szCs w:val="20"/>
              </w:rPr>
              <w:t>wskazuje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na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mapie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obszar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narodzin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chrześcijaństwa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126BBB" w:rsidRPr="00021C32">
              <w:rPr>
                <w:sz w:val="20"/>
                <w:szCs w:val="20"/>
              </w:rPr>
              <w:t>wyjaśnia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podstawowe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znaczenie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pojęć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126BBB" w:rsidRPr="00021C32">
              <w:rPr>
                <w:sz w:val="20"/>
                <w:szCs w:val="20"/>
              </w:rPr>
              <w:t>judaizm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126BBB" w:rsidRPr="00021C32">
              <w:rPr>
                <w:sz w:val="20"/>
                <w:szCs w:val="20"/>
              </w:rPr>
              <w:t>Mesjasz</w:t>
            </w:r>
            <w:proofErr w:type="spellEnd"/>
            <w:r w:rsidR="00126BBB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126BBB" w:rsidRPr="00021C32">
              <w:rPr>
                <w:sz w:val="20"/>
                <w:szCs w:val="20"/>
              </w:rPr>
              <w:t>dekalog</w:t>
            </w:r>
            <w:proofErr w:type="spellEnd"/>
            <w:r w:rsidR="00126BBB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610323">
              <w:rPr>
                <w:sz w:val="20"/>
                <w:szCs w:val="20"/>
              </w:rPr>
              <w:t>Uczeń</w:t>
            </w:r>
            <w:proofErr w:type="spellEnd"/>
            <w:r w:rsidR="00610323">
              <w:rPr>
                <w:sz w:val="20"/>
                <w:szCs w:val="20"/>
              </w:rPr>
              <w:t xml:space="preserve">: </w:t>
            </w:r>
            <w:proofErr w:type="spellStart"/>
            <w:r w:rsidRPr="00021C32">
              <w:rPr>
                <w:sz w:val="20"/>
                <w:szCs w:val="20"/>
              </w:rPr>
              <w:t>posługuje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się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pojęciami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republika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cesarstwo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akwedukt</w:t>
            </w:r>
            <w:proofErr w:type="spellEnd"/>
            <w:r w:rsidRPr="00021C32">
              <w:rPr>
                <w:sz w:val="20"/>
                <w:szCs w:val="20"/>
              </w:rPr>
              <w:t xml:space="preserve">, </w:t>
            </w:r>
            <w:proofErr w:type="spellStart"/>
            <w:r w:rsidRPr="00021C32">
              <w:rPr>
                <w:sz w:val="20"/>
                <w:szCs w:val="20"/>
              </w:rPr>
              <w:t>amfiteatr</w:t>
            </w:r>
            <w:proofErr w:type="spellEnd"/>
            <w:r w:rsidRPr="00021C32">
              <w:rPr>
                <w:sz w:val="20"/>
                <w:szCs w:val="20"/>
              </w:rPr>
              <w:t xml:space="preserve">, łuk triumfalny; wskazuje największy </w:t>
            </w:r>
            <w:proofErr w:type="spellStart"/>
            <w:r w:rsidRPr="00021C32">
              <w:rPr>
                <w:sz w:val="20"/>
                <w:szCs w:val="20"/>
              </w:rPr>
              <w:t>zasięg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cesarstwa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mapie</w:t>
            </w:r>
            <w:proofErr w:type="spellEnd"/>
            <w:r w:rsidR="007E7273">
              <w:rPr>
                <w:sz w:val="20"/>
                <w:szCs w:val="20"/>
              </w:rPr>
              <w:t xml:space="preserve">; </w:t>
            </w:r>
            <w:proofErr w:type="spellStart"/>
            <w:r w:rsidR="007E7273" w:rsidRPr="00021C32">
              <w:rPr>
                <w:sz w:val="20"/>
                <w:szCs w:val="20"/>
              </w:rPr>
              <w:t>przedstawia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główne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założenia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chrześcijaństwa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7E7273" w:rsidRPr="00021C32">
              <w:rPr>
                <w:sz w:val="20"/>
                <w:szCs w:val="20"/>
              </w:rPr>
              <w:t>wskazuje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kierunki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jego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rozprzestrzeniania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w </w:t>
            </w:r>
            <w:proofErr w:type="spellStart"/>
            <w:r w:rsidR="007E7273" w:rsidRPr="00021C32">
              <w:rPr>
                <w:sz w:val="20"/>
                <w:szCs w:val="20"/>
              </w:rPr>
              <w:t>imperium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rzymskim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; </w:t>
            </w:r>
            <w:proofErr w:type="spellStart"/>
            <w:r w:rsidR="007E7273" w:rsidRPr="00021C32">
              <w:rPr>
                <w:sz w:val="20"/>
                <w:szCs w:val="20"/>
              </w:rPr>
              <w:t>podaje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wiek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jego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powstania</w:t>
            </w:r>
            <w:proofErr w:type="spellEnd"/>
            <w:r w:rsidR="007E7273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 xml:space="preserve">• </w:t>
            </w:r>
            <w:proofErr w:type="spellStart"/>
            <w:r w:rsidR="00610323">
              <w:rPr>
                <w:sz w:val="20"/>
                <w:szCs w:val="20"/>
              </w:rPr>
              <w:t>Uczeń:</w:t>
            </w:r>
            <w:r w:rsidRPr="00021C32">
              <w:rPr>
                <w:sz w:val="20"/>
                <w:szCs w:val="20"/>
              </w:rPr>
              <w:t>wyjaśnia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wpływ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prawa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rzymskiego</w:t>
            </w:r>
            <w:proofErr w:type="spellEnd"/>
            <w:r w:rsidRPr="00021C32">
              <w:rPr>
                <w:sz w:val="20"/>
                <w:szCs w:val="20"/>
              </w:rPr>
              <w:t xml:space="preserve">, łaciny, budownictwa i organizacji </w:t>
            </w:r>
            <w:proofErr w:type="spellStart"/>
            <w:r w:rsidRPr="00021C32">
              <w:rPr>
                <w:sz w:val="20"/>
                <w:szCs w:val="20"/>
              </w:rPr>
              <w:t>państwa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na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późniejszą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Europę</w:t>
            </w:r>
            <w:proofErr w:type="spellEnd"/>
            <w:r w:rsidR="007E7273">
              <w:rPr>
                <w:sz w:val="20"/>
                <w:szCs w:val="20"/>
              </w:rPr>
              <w:t xml:space="preserve">; </w:t>
            </w:r>
            <w:proofErr w:type="spellStart"/>
            <w:r w:rsidR="007E7273" w:rsidRPr="00021C32">
              <w:rPr>
                <w:sz w:val="20"/>
                <w:szCs w:val="20"/>
              </w:rPr>
              <w:t>wyjaśnia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7E7273" w:rsidRPr="00021C32">
              <w:rPr>
                <w:sz w:val="20"/>
                <w:szCs w:val="20"/>
              </w:rPr>
              <w:t>dlaczego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chrześcijaństwo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zdobywało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wyznawców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w </w:t>
            </w:r>
            <w:proofErr w:type="spellStart"/>
            <w:r w:rsidR="007E7273" w:rsidRPr="00021C32">
              <w:rPr>
                <w:sz w:val="20"/>
                <w:szCs w:val="20"/>
              </w:rPr>
              <w:t>różnych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grupach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społecznych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i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jakie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znaczenie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miało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uznanie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go </w:t>
            </w:r>
            <w:proofErr w:type="spellStart"/>
            <w:r w:rsidR="007E7273" w:rsidRPr="00021C32">
              <w:rPr>
                <w:sz w:val="20"/>
                <w:szCs w:val="20"/>
              </w:rPr>
              <w:t>za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religię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panującą</w:t>
            </w:r>
            <w:proofErr w:type="spellEnd"/>
            <w:r w:rsidR="007E7273" w:rsidRPr="00021C32">
              <w:rPr>
                <w:sz w:val="20"/>
                <w:szCs w:val="20"/>
              </w:rPr>
              <w:t>.</w:t>
            </w:r>
          </w:p>
        </w:tc>
        <w:tc>
          <w:tcPr>
            <w:tcW w:w="2153" w:type="dxa"/>
          </w:tcPr>
          <w:p w:rsidR="00726902" w:rsidRPr="00021C32" w:rsidRDefault="002B62F6" w:rsidP="007E7273">
            <w:pPr>
              <w:spacing w:after="20"/>
              <w:ind w:left="45"/>
              <w:rPr>
                <w:sz w:val="20"/>
                <w:szCs w:val="20"/>
              </w:rPr>
            </w:pPr>
            <w:r w:rsidRPr="00021C32">
              <w:rPr>
                <w:sz w:val="20"/>
                <w:szCs w:val="20"/>
              </w:rPr>
              <w:t>•</w:t>
            </w:r>
            <w:r w:rsidR="00652A07">
              <w:rPr>
                <w:sz w:val="20"/>
                <w:szCs w:val="20"/>
              </w:rPr>
              <w:t xml:space="preserve"> </w:t>
            </w:r>
            <w:proofErr w:type="spellStart"/>
            <w:r w:rsidR="00652A07">
              <w:rPr>
                <w:sz w:val="20"/>
                <w:szCs w:val="20"/>
              </w:rPr>
              <w:t>Uczeń</w:t>
            </w:r>
            <w:proofErr w:type="spellEnd"/>
            <w:r w:rsidR="00652A07">
              <w:rPr>
                <w:sz w:val="20"/>
                <w:szCs w:val="20"/>
              </w:rPr>
              <w:t>:</w:t>
            </w:r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analizuje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przykłady</w:t>
            </w:r>
            <w:proofErr w:type="spellEnd"/>
            <w:r w:rsidRPr="00021C32">
              <w:rPr>
                <w:sz w:val="20"/>
                <w:szCs w:val="20"/>
              </w:rPr>
              <w:t xml:space="preserve"> </w:t>
            </w:r>
            <w:proofErr w:type="spellStart"/>
            <w:r w:rsidRPr="00021C32">
              <w:rPr>
                <w:sz w:val="20"/>
                <w:szCs w:val="20"/>
              </w:rPr>
              <w:t>trwałości</w:t>
            </w:r>
            <w:proofErr w:type="spellEnd"/>
            <w:r w:rsidRPr="00021C32">
              <w:rPr>
                <w:sz w:val="20"/>
                <w:szCs w:val="20"/>
              </w:rPr>
              <w:t xml:space="preserve"> dziedzictwa </w:t>
            </w:r>
            <w:proofErr w:type="spellStart"/>
            <w:r w:rsidRPr="00021C32">
              <w:rPr>
                <w:sz w:val="20"/>
                <w:szCs w:val="20"/>
              </w:rPr>
              <w:t>rzymski</w:t>
            </w:r>
            <w:r w:rsidR="007E7273">
              <w:rPr>
                <w:sz w:val="20"/>
                <w:szCs w:val="20"/>
              </w:rPr>
              <w:t>ego</w:t>
            </w:r>
            <w:proofErr w:type="spellEnd"/>
            <w:r w:rsidR="007E7273">
              <w:rPr>
                <w:sz w:val="20"/>
                <w:szCs w:val="20"/>
              </w:rPr>
              <w:t xml:space="preserve"> we </w:t>
            </w:r>
            <w:proofErr w:type="spellStart"/>
            <w:r w:rsidR="007E7273">
              <w:rPr>
                <w:sz w:val="20"/>
                <w:szCs w:val="20"/>
              </w:rPr>
              <w:t>współczesnym</w:t>
            </w:r>
            <w:proofErr w:type="spellEnd"/>
            <w:r w:rsidR="007E7273">
              <w:rPr>
                <w:sz w:val="20"/>
                <w:szCs w:val="20"/>
              </w:rPr>
              <w:t xml:space="preserve"> </w:t>
            </w:r>
            <w:proofErr w:type="spellStart"/>
            <w:r w:rsidR="007E7273">
              <w:rPr>
                <w:sz w:val="20"/>
                <w:szCs w:val="20"/>
              </w:rPr>
              <w:t>świecie</w:t>
            </w:r>
            <w:proofErr w:type="spellEnd"/>
            <w:r w:rsidR="007E7273">
              <w:rPr>
                <w:sz w:val="20"/>
                <w:szCs w:val="20"/>
              </w:rPr>
              <w:t xml:space="preserve">; </w:t>
            </w:r>
            <w:proofErr w:type="spellStart"/>
            <w:r w:rsidR="007E7273" w:rsidRPr="00021C32">
              <w:rPr>
                <w:sz w:val="20"/>
                <w:szCs w:val="20"/>
              </w:rPr>
              <w:t>wyjaśnia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wpływ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chrześcijaństwa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na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kulturę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i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dzieje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Europy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7E7273" w:rsidRPr="00021C32">
              <w:rPr>
                <w:sz w:val="20"/>
                <w:szCs w:val="20"/>
              </w:rPr>
              <w:t>wykorzystując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informacje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z </w:t>
            </w:r>
            <w:proofErr w:type="spellStart"/>
            <w:r w:rsidR="007E7273" w:rsidRPr="00021C32">
              <w:rPr>
                <w:sz w:val="20"/>
                <w:szCs w:val="20"/>
              </w:rPr>
              <w:t>mapy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, </w:t>
            </w:r>
            <w:proofErr w:type="spellStart"/>
            <w:r w:rsidR="007E7273" w:rsidRPr="00021C32">
              <w:rPr>
                <w:sz w:val="20"/>
                <w:szCs w:val="20"/>
              </w:rPr>
              <w:t>tekstu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lub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innego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źródła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i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formułując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samodzielne</w:t>
            </w:r>
            <w:proofErr w:type="spellEnd"/>
            <w:r w:rsidR="007E7273" w:rsidRPr="00021C32">
              <w:rPr>
                <w:sz w:val="20"/>
                <w:szCs w:val="20"/>
              </w:rPr>
              <w:t xml:space="preserve"> </w:t>
            </w:r>
            <w:proofErr w:type="spellStart"/>
            <w:r w:rsidR="007E7273" w:rsidRPr="00021C32">
              <w:rPr>
                <w:sz w:val="20"/>
                <w:szCs w:val="20"/>
              </w:rPr>
              <w:t>wnioski</w:t>
            </w:r>
            <w:proofErr w:type="spellEnd"/>
            <w:r w:rsidR="007E7273" w:rsidRPr="00021C32">
              <w:rPr>
                <w:sz w:val="20"/>
                <w:szCs w:val="20"/>
              </w:rPr>
              <w:t>.</w:t>
            </w:r>
          </w:p>
        </w:tc>
      </w:tr>
    </w:tbl>
    <w:p w:rsidR="00726902" w:rsidRDefault="00726902"/>
    <w:sectPr w:rsidR="00726902" w:rsidSect="00034616">
      <w:footerReference w:type="default" r:id="rId8"/>
      <w:pgSz w:w="12240" w:h="15840"/>
      <w:pgMar w:top="850" w:right="737" w:bottom="850" w:left="73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BBD" w:rsidRDefault="00983BBD" w:rsidP="00726902">
      <w:pPr>
        <w:spacing w:after="0" w:line="240" w:lineRule="auto"/>
      </w:pPr>
      <w:r>
        <w:separator/>
      </w:r>
    </w:p>
  </w:endnote>
  <w:endnote w:type="continuationSeparator" w:id="0">
    <w:p w:rsidR="00983BBD" w:rsidRDefault="00983BBD" w:rsidP="0072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902" w:rsidRDefault="002B62F6">
    <w:pPr>
      <w:pStyle w:val="Stopka"/>
      <w:jc w:val="center"/>
    </w:pPr>
    <w:r>
      <w:rPr>
        <w:sz w:val="15"/>
      </w:rPr>
      <w:t>Historia – klasa IV – wymagania edukacyjne 2026/2027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BBD" w:rsidRDefault="00983BBD" w:rsidP="00726902">
      <w:pPr>
        <w:spacing w:after="0" w:line="240" w:lineRule="auto"/>
      </w:pPr>
      <w:r>
        <w:separator/>
      </w:r>
    </w:p>
  </w:footnote>
  <w:footnote w:type="continuationSeparator" w:id="0">
    <w:p w:rsidR="00983BBD" w:rsidRDefault="00983BBD" w:rsidP="00726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A8B26B3"/>
    <w:multiLevelType w:val="hybridMultilevel"/>
    <w:tmpl w:val="A3767BC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1D156962"/>
    <w:multiLevelType w:val="hybridMultilevel"/>
    <w:tmpl w:val="68061306"/>
    <w:lvl w:ilvl="0" w:tplc="2B0AA83C">
      <w:numFmt w:val="bullet"/>
      <w:lvlText w:val="•"/>
      <w:lvlJc w:val="left"/>
      <w:pPr>
        <w:ind w:left="6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76EA52EE">
      <w:numFmt w:val="bullet"/>
      <w:lvlText w:val="•"/>
      <w:lvlJc w:val="left"/>
      <w:pPr>
        <w:ind w:left="1674" w:hanging="360"/>
      </w:pPr>
      <w:rPr>
        <w:rFonts w:hint="default"/>
        <w:lang w:val="pl-PL" w:eastAsia="en-US" w:bidi="ar-SA"/>
      </w:rPr>
    </w:lvl>
    <w:lvl w:ilvl="2" w:tplc="E70A2A0A">
      <w:numFmt w:val="bullet"/>
      <w:lvlText w:val="•"/>
      <w:lvlJc w:val="left"/>
      <w:pPr>
        <w:ind w:left="2688" w:hanging="360"/>
      </w:pPr>
      <w:rPr>
        <w:rFonts w:hint="default"/>
        <w:lang w:val="pl-PL" w:eastAsia="en-US" w:bidi="ar-SA"/>
      </w:rPr>
    </w:lvl>
    <w:lvl w:ilvl="3" w:tplc="2EEC5D52">
      <w:numFmt w:val="bullet"/>
      <w:lvlText w:val="•"/>
      <w:lvlJc w:val="left"/>
      <w:pPr>
        <w:ind w:left="3702" w:hanging="360"/>
      </w:pPr>
      <w:rPr>
        <w:rFonts w:hint="default"/>
        <w:lang w:val="pl-PL" w:eastAsia="en-US" w:bidi="ar-SA"/>
      </w:rPr>
    </w:lvl>
    <w:lvl w:ilvl="4" w:tplc="6EC26536">
      <w:numFmt w:val="bullet"/>
      <w:lvlText w:val="•"/>
      <w:lvlJc w:val="left"/>
      <w:pPr>
        <w:ind w:left="4716" w:hanging="360"/>
      </w:pPr>
      <w:rPr>
        <w:rFonts w:hint="default"/>
        <w:lang w:val="pl-PL" w:eastAsia="en-US" w:bidi="ar-SA"/>
      </w:rPr>
    </w:lvl>
    <w:lvl w:ilvl="5" w:tplc="65DAFB76">
      <w:numFmt w:val="bullet"/>
      <w:lvlText w:val="•"/>
      <w:lvlJc w:val="left"/>
      <w:pPr>
        <w:ind w:left="5730" w:hanging="360"/>
      </w:pPr>
      <w:rPr>
        <w:rFonts w:hint="default"/>
        <w:lang w:val="pl-PL" w:eastAsia="en-US" w:bidi="ar-SA"/>
      </w:rPr>
    </w:lvl>
    <w:lvl w:ilvl="6" w:tplc="913C3138">
      <w:numFmt w:val="bullet"/>
      <w:lvlText w:val="•"/>
      <w:lvlJc w:val="left"/>
      <w:pPr>
        <w:ind w:left="6744" w:hanging="360"/>
      </w:pPr>
      <w:rPr>
        <w:rFonts w:hint="default"/>
        <w:lang w:val="pl-PL" w:eastAsia="en-US" w:bidi="ar-SA"/>
      </w:rPr>
    </w:lvl>
    <w:lvl w:ilvl="7" w:tplc="7696CD10">
      <w:numFmt w:val="bullet"/>
      <w:lvlText w:val="•"/>
      <w:lvlJc w:val="left"/>
      <w:pPr>
        <w:ind w:left="7758" w:hanging="360"/>
      </w:pPr>
      <w:rPr>
        <w:rFonts w:hint="default"/>
        <w:lang w:val="pl-PL" w:eastAsia="en-US" w:bidi="ar-SA"/>
      </w:rPr>
    </w:lvl>
    <w:lvl w:ilvl="8" w:tplc="7CC07880">
      <w:numFmt w:val="bullet"/>
      <w:lvlText w:val="•"/>
      <w:lvlJc w:val="left"/>
      <w:pPr>
        <w:ind w:left="8772" w:hanging="360"/>
      </w:pPr>
      <w:rPr>
        <w:rFonts w:hint="default"/>
        <w:lang w:val="pl-PL" w:eastAsia="en-US" w:bidi="ar-SA"/>
      </w:rPr>
    </w:lvl>
  </w:abstractNum>
  <w:abstractNum w:abstractNumId="11">
    <w:nsid w:val="39E003AF"/>
    <w:multiLevelType w:val="hybridMultilevel"/>
    <w:tmpl w:val="12C09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BB3A08"/>
    <w:multiLevelType w:val="hybridMultilevel"/>
    <w:tmpl w:val="18ACE5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699558C5"/>
    <w:multiLevelType w:val="hybridMultilevel"/>
    <w:tmpl w:val="8A52D07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6A080208"/>
    <w:multiLevelType w:val="hybridMultilevel"/>
    <w:tmpl w:val="0F52353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14"/>
  </w:num>
  <w:num w:numId="13">
    <w:abstractNumId w:val="13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21C32"/>
    <w:rsid w:val="00034616"/>
    <w:rsid w:val="000417C5"/>
    <w:rsid w:val="0006063C"/>
    <w:rsid w:val="000B43D4"/>
    <w:rsid w:val="000C5C7C"/>
    <w:rsid w:val="00126BBB"/>
    <w:rsid w:val="001346B4"/>
    <w:rsid w:val="0015074B"/>
    <w:rsid w:val="001938A5"/>
    <w:rsid w:val="001D4CBC"/>
    <w:rsid w:val="0029639D"/>
    <w:rsid w:val="002B62F6"/>
    <w:rsid w:val="00301B0E"/>
    <w:rsid w:val="00326F90"/>
    <w:rsid w:val="003543F3"/>
    <w:rsid w:val="00467FC1"/>
    <w:rsid w:val="00485ACD"/>
    <w:rsid w:val="004B3B6C"/>
    <w:rsid w:val="0050418B"/>
    <w:rsid w:val="00533F0A"/>
    <w:rsid w:val="005D2CCE"/>
    <w:rsid w:val="005D4B6E"/>
    <w:rsid w:val="00610323"/>
    <w:rsid w:val="00627145"/>
    <w:rsid w:val="00652A07"/>
    <w:rsid w:val="00681434"/>
    <w:rsid w:val="00696D94"/>
    <w:rsid w:val="006A5CAA"/>
    <w:rsid w:val="006F1AB8"/>
    <w:rsid w:val="00726902"/>
    <w:rsid w:val="007641A1"/>
    <w:rsid w:val="00771E3B"/>
    <w:rsid w:val="007854EE"/>
    <w:rsid w:val="007B3953"/>
    <w:rsid w:val="007E1106"/>
    <w:rsid w:val="007E2774"/>
    <w:rsid w:val="007E7273"/>
    <w:rsid w:val="00803E85"/>
    <w:rsid w:val="00824116"/>
    <w:rsid w:val="00846808"/>
    <w:rsid w:val="008B2267"/>
    <w:rsid w:val="008B7660"/>
    <w:rsid w:val="00925576"/>
    <w:rsid w:val="009372B3"/>
    <w:rsid w:val="00983BBD"/>
    <w:rsid w:val="009C1D6A"/>
    <w:rsid w:val="00A71F83"/>
    <w:rsid w:val="00A736B5"/>
    <w:rsid w:val="00AA1D8D"/>
    <w:rsid w:val="00AA3EB2"/>
    <w:rsid w:val="00AD3E62"/>
    <w:rsid w:val="00B26F96"/>
    <w:rsid w:val="00B47730"/>
    <w:rsid w:val="00BA5EDA"/>
    <w:rsid w:val="00C41329"/>
    <w:rsid w:val="00C675D6"/>
    <w:rsid w:val="00CA7E39"/>
    <w:rsid w:val="00CB0664"/>
    <w:rsid w:val="00CB0B25"/>
    <w:rsid w:val="00CE45B7"/>
    <w:rsid w:val="00D416F9"/>
    <w:rsid w:val="00D64F38"/>
    <w:rsid w:val="00D66F3C"/>
    <w:rsid w:val="00D70697"/>
    <w:rsid w:val="00DA3127"/>
    <w:rsid w:val="00DC0618"/>
    <w:rsid w:val="00DD037A"/>
    <w:rsid w:val="00E644B7"/>
    <w:rsid w:val="00E77431"/>
    <w:rsid w:val="00EC3414"/>
    <w:rsid w:val="00F42F60"/>
    <w:rsid w:val="00FC46D1"/>
    <w:rsid w:val="00FC693F"/>
    <w:rsid w:val="00FE6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Times New Roman" w:eastAsia="Times New Roman" w:hAnsi="Times New Roman" w:cs="Times New Roman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1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 w:cs="Times New Roman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 w:cs="Times New Roman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 w:cs="Times New Roman"/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 w:cs="Times New Roman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 w:cs="Times New Roman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eading2">
    <w:name w:val="Heading 2"/>
    <w:basedOn w:val="Normalny"/>
    <w:uiPriority w:val="1"/>
    <w:qFormat/>
    <w:rsid w:val="00E77431"/>
    <w:pPr>
      <w:widowControl w:val="0"/>
      <w:autoSpaceDE w:val="0"/>
      <w:autoSpaceDN w:val="0"/>
      <w:spacing w:after="0" w:line="240" w:lineRule="auto"/>
      <w:ind w:left="662"/>
      <w:outlineLvl w:val="2"/>
    </w:pPr>
    <w:rPr>
      <w:rFonts w:ascii="Calibri" w:eastAsia="Calibri" w:hAnsi="Calibri" w:cs="Calibri"/>
      <w:b/>
      <w:bCs/>
      <w:sz w:val="30"/>
      <w:szCs w:val="30"/>
      <w:lang w:val="pl-PL"/>
    </w:rPr>
  </w:style>
  <w:style w:type="character" w:customStyle="1" w:styleId="inqyif">
    <w:name w:val="inqyif"/>
    <w:basedOn w:val="Domylnaczcionkaakapitu"/>
    <w:rsid w:val="0082411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16773A-4E41-4302-A312-1CD623609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1120</Words>
  <Characters>6722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Anna Gębarowska-Semla</cp:lastModifiedBy>
  <cp:revision>8</cp:revision>
  <dcterms:created xsi:type="dcterms:W3CDTF">2026-09-01T21:51:00Z</dcterms:created>
  <dcterms:modified xsi:type="dcterms:W3CDTF">2026-09-07T21:04:00Z</dcterms:modified>
</cp:coreProperties>
</file>